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5A04C" w14:textId="2B64A1C6" w:rsidR="001E2E86" w:rsidRDefault="00000000" w:rsidP="002D730D">
      <w:pPr>
        <w:jc w:val="both"/>
      </w:pPr>
      <w:proofErr w:type="spellStart"/>
      <w:r>
        <w:t>ডাইনী</w:t>
      </w:r>
      <w:proofErr w:type="spellEnd"/>
      <w:r>
        <w:br/>
      </w:r>
      <w:proofErr w:type="spellStart"/>
      <w:r>
        <w:t>কে</w:t>
      </w:r>
      <w:proofErr w:type="spellEnd"/>
      <w:r>
        <w:t xml:space="preserve"> </w:t>
      </w:r>
      <w:proofErr w:type="spellStart"/>
      <w:r>
        <w:t>কবে</w:t>
      </w:r>
      <w:proofErr w:type="spellEnd"/>
      <w:r>
        <w:t xml:space="preserve"> </w:t>
      </w:r>
      <w:proofErr w:type="spellStart"/>
      <w:r>
        <w:t>নামকরণ</w:t>
      </w:r>
      <w:proofErr w:type="spellEnd"/>
      <w:r>
        <w:t xml:space="preserve"> </w:t>
      </w:r>
      <w:proofErr w:type="spellStart"/>
      <w:r>
        <w:t>করিয়াছিল</w:t>
      </w:r>
      <w:proofErr w:type="spellEnd"/>
      <w:r>
        <w:t xml:space="preserve"> </w:t>
      </w:r>
      <w:proofErr w:type="spellStart"/>
      <w:r>
        <w:t>সে</w:t>
      </w:r>
      <w:proofErr w:type="spellEnd"/>
      <w:r>
        <w:t xml:space="preserve"> </w:t>
      </w:r>
      <w:proofErr w:type="spellStart"/>
      <w:r>
        <w:t>ইতিহাস</w:t>
      </w:r>
      <w:proofErr w:type="spellEnd"/>
      <w:r>
        <w:t xml:space="preserve"> </w:t>
      </w:r>
      <w:proofErr w:type="spellStart"/>
      <w:r>
        <w:t>বিস্মৃতির</w:t>
      </w:r>
      <w:proofErr w:type="spellEnd"/>
      <w:r>
        <w:t xml:space="preserve"> </w:t>
      </w:r>
      <w:proofErr w:type="spellStart"/>
      <w:r>
        <w:t>গর্ভে</w:t>
      </w:r>
      <w:proofErr w:type="spellEnd"/>
      <w:r>
        <w:t xml:space="preserve"> </w:t>
      </w:r>
      <w:proofErr w:type="spellStart"/>
      <w:r>
        <w:t>সমাহিত</w:t>
      </w:r>
      <w:proofErr w:type="spellEnd"/>
      <w:r>
        <w:t xml:space="preserve"> </w:t>
      </w:r>
      <w:proofErr w:type="spellStart"/>
      <w:r>
        <w:t>হইয়া</w:t>
      </w:r>
      <w:proofErr w:type="spellEnd"/>
      <w:r>
        <w:t xml:space="preserve"> </w:t>
      </w:r>
      <w:proofErr w:type="spellStart"/>
      <w:r>
        <w:t>গিয়াছে</w:t>
      </w:r>
      <w:proofErr w:type="spellEnd"/>
      <w:r>
        <w:t xml:space="preserve">, </w:t>
      </w:r>
      <w:proofErr w:type="spellStart"/>
      <w:r>
        <w:t>কিন্তু</w:t>
      </w:r>
      <w:proofErr w:type="spellEnd"/>
      <w:r>
        <w:t xml:space="preserve"> </w:t>
      </w:r>
      <w:proofErr w:type="spellStart"/>
      <w:r>
        <w:t>নামটি</w:t>
      </w:r>
      <w:proofErr w:type="spellEnd"/>
      <w:r>
        <w:br/>
      </w:r>
      <w:proofErr w:type="spellStart"/>
      <w:r>
        <w:t>আজও</w:t>
      </w:r>
      <w:proofErr w:type="spellEnd"/>
      <w:r>
        <w:t xml:space="preserve"> </w:t>
      </w:r>
      <w:proofErr w:type="spellStart"/>
      <w:r>
        <w:t>পূর্ণগৌরবে</w:t>
      </w:r>
      <w:proofErr w:type="spellEnd"/>
      <w:r>
        <w:t xml:space="preserve"> </w:t>
      </w:r>
      <w:proofErr w:type="spellStart"/>
      <w:r>
        <w:t>বর্তমান</w:t>
      </w:r>
      <w:proofErr w:type="spellEnd"/>
      <w:r>
        <w:t xml:space="preserve">; </w:t>
      </w:r>
      <w:proofErr w:type="spellStart"/>
      <w:r>
        <w:t>ছাতি-ফাটার</w:t>
      </w:r>
      <w:proofErr w:type="spellEnd"/>
      <w:r>
        <w:t xml:space="preserve"> </w:t>
      </w:r>
      <w:proofErr w:type="spellStart"/>
      <w:r>
        <w:t>মাঠে</w:t>
      </w:r>
      <w:proofErr w:type="spellEnd"/>
      <w:r>
        <w:t xml:space="preserve"> </w:t>
      </w:r>
      <w:proofErr w:type="spellStart"/>
      <w:r>
        <w:t>জলহীন</w:t>
      </w:r>
      <w:proofErr w:type="spellEnd"/>
      <w:r>
        <w:t xml:space="preserve"> </w:t>
      </w:r>
      <w:proofErr w:type="spellStart"/>
      <w:r>
        <w:t>ছায়াশূন্য</w:t>
      </w:r>
      <w:proofErr w:type="spellEnd"/>
      <w:r>
        <w:t xml:space="preserve"> </w:t>
      </w:r>
      <w:proofErr w:type="spellStart"/>
      <w:r>
        <w:t>দিগন্তবিস্তৃত</w:t>
      </w:r>
      <w:proofErr w:type="spellEnd"/>
      <w:r>
        <w:t xml:space="preserve"> </w:t>
      </w:r>
      <w:proofErr w:type="spellStart"/>
      <w:r>
        <w:t>প্রান্তরটির</w:t>
      </w:r>
      <w:proofErr w:type="spellEnd"/>
      <w:r>
        <w:t xml:space="preserve"> </w:t>
      </w:r>
      <w:proofErr w:type="spellStart"/>
      <w:r>
        <w:t>এক</w:t>
      </w:r>
      <w:proofErr w:type="spellEnd"/>
      <w:r>
        <w:br/>
      </w:r>
      <w:proofErr w:type="spellStart"/>
      <w:r>
        <w:t>প্রান্তে</w:t>
      </w:r>
      <w:proofErr w:type="spellEnd"/>
      <w:r>
        <w:t xml:space="preserve"> </w:t>
      </w:r>
      <w:proofErr w:type="spellStart"/>
      <w:r>
        <w:t>দাঁড়াইয়া</w:t>
      </w:r>
      <w:proofErr w:type="spellEnd"/>
      <w:r>
        <w:t xml:space="preserve"> </w:t>
      </w:r>
      <w:proofErr w:type="spellStart"/>
      <w:r>
        <w:t>অপর</w:t>
      </w:r>
      <w:proofErr w:type="spellEnd"/>
      <w:r>
        <w:t xml:space="preserve"> </w:t>
      </w:r>
      <w:proofErr w:type="spellStart"/>
      <w:r>
        <w:t>প্রান্তের</w:t>
      </w:r>
      <w:proofErr w:type="spellEnd"/>
      <w:r>
        <w:t xml:space="preserve"> </w:t>
      </w:r>
      <w:proofErr w:type="spellStart"/>
      <w:r>
        <w:t>দিকে</w:t>
      </w:r>
      <w:proofErr w:type="spellEnd"/>
      <w:r>
        <w:t xml:space="preserve"> </w:t>
      </w:r>
      <w:proofErr w:type="spellStart"/>
      <w:r>
        <w:t>চাহিলে</w:t>
      </w:r>
      <w:proofErr w:type="spellEnd"/>
      <w:r>
        <w:t xml:space="preserve"> </w:t>
      </w:r>
      <w:proofErr w:type="spellStart"/>
      <w:r>
        <w:t>ওপারের</w:t>
      </w:r>
      <w:proofErr w:type="spellEnd"/>
      <w:r>
        <w:t xml:space="preserve"> </w:t>
      </w:r>
      <w:proofErr w:type="spellStart"/>
      <w:r>
        <w:t>গ্রামচিহ্নের</w:t>
      </w:r>
      <w:proofErr w:type="spellEnd"/>
      <w:r>
        <w:t xml:space="preserve"> </w:t>
      </w:r>
      <w:proofErr w:type="spellStart"/>
      <w:r>
        <w:t>গাছপালাগুলিকে</w:t>
      </w:r>
      <w:proofErr w:type="spellEnd"/>
      <w:r>
        <w:t xml:space="preserve"> </w:t>
      </w:r>
      <w:proofErr w:type="spellStart"/>
      <w:r>
        <w:t>কালো</w:t>
      </w:r>
      <w:proofErr w:type="spellEnd"/>
      <w:r>
        <w:br/>
      </w:r>
      <w:proofErr w:type="spellStart"/>
      <w:r>
        <w:t>প্রলেপের</w:t>
      </w:r>
      <w:proofErr w:type="spellEnd"/>
      <w:r>
        <w:t xml:space="preserve"> </w:t>
      </w:r>
      <w:proofErr w:type="spellStart"/>
      <w:r>
        <w:t>মত</w:t>
      </w:r>
      <w:proofErr w:type="spellEnd"/>
      <w:r>
        <w:t xml:space="preserve"> </w:t>
      </w:r>
      <w:proofErr w:type="spellStart"/>
      <w:r>
        <w:t>মনে</w:t>
      </w:r>
      <w:proofErr w:type="spellEnd"/>
      <w:r>
        <w:t xml:space="preserve"> </w:t>
      </w:r>
      <w:proofErr w:type="spellStart"/>
      <w:r>
        <w:t>হয়</w:t>
      </w:r>
      <w:proofErr w:type="spellEnd"/>
      <w:r>
        <w:t xml:space="preserve">। </w:t>
      </w:r>
      <w:proofErr w:type="spellStart"/>
      <w:r>
        <w:t>সঙ্গে</w:t>
      </w:r>
      <w:proofErr w:type="spellEnd"/>
      <w:r>
        <w:t xml:space="preserve"> </w:t>
      </w:r>
      <w:proofErr w:type="spellStart"/>
      <w:r>
        <w:t>সঙ্গে</w:t>
      </w:r>
      <w:proofErr w:type="spellEnd"/>
      <w:r>
        <w:t xml:space="preserve"> </w:t>
      </w:r>
      <w:proofErr w:type="spellStart"/>
      <w:r>
        <w:t>মানুষের</w:t>
      </w:r>
      <w:proofErr w:type="spellEnd"/>
      <w:r>
        <w:t xml:space="preserve"> </w:t>
      </w:r>
      <w:proofErr w:type="spellStart"/>
      <w:r>
        <w:t>মন</w:t>
      </w:r>
      <w:proofErr w:type="spellEnd"/>
      <w:r>
        <w:t xml:space="preserve"> </w:t>
      </w:r>
      <w:proofErr w:type="spellStart"/>
      <w:r>
        <w:t>যেন</w:t>
      </w:r>
      <w:proofErr w:type="spellEnd"/>
      <w:r>
        <w:t xml:space="preserve"> </w:t>
      </w:r>
      <w:proofErr w:type="spellStart"/>
      <w:r>
        <w:t>কেমন</w:t>
      </w:r>
      <w:proofErr w:type="spellEnd"/>
      <w:r>
        <w:t xml:space="preserve"> </w:t>
      </w:r>
      <w:proofErr w:type="spellStart"/>
      <w:r>
        <w:t>উদাস</w:t>
      </w:r>
      <w:proofErr w:type="spellEnd"/>
      <w:r>
        <w:t xml:space="preserve"> </w:t>
      </w:r>
      <w:proofErr w:type="spellStart"/>
      <w:r>
        <w:t>হইয়া</w:t>
      </w:r>
      <w:proofErr w:type="spellEnd"/>
      <w:r>
        <w:t xml:space="preserve"> </w:t>
      </w:r>
      <w:proofErr w:type="spellStart"/>
      <w:r>
        <w:t>উঠে</w:t>
      </w:r>
      <w:proofErr w:type="spellEnd"/>
      <w:r>
        <w:t xml:space="preserve">। </w:t>
      </w:r>
      <w:proofErr w:type="spellStart"/>
      <w:r>
        <w:t>এপার</w:t>
      </w:r>
      <w:proofErr w:type="spellEnd"/>
      <w:r>
        <w:t xml:space="preserve"> </w:t>
      </w:r>
      <w:proofErr w:type="spellStart"/>
      <w:r>
        <w:t>হইতে</w:t>
      </w:r>
      <w:proofErr w:type="spellEnd"/>
      <w:r>
        <w:br/>
      </w:r>
      <w:proofErr w:type="spellStart"/>
      <w:r>
        <w:t>ওপার</w:t>
      </w:r>
      <w:proofErr w:type="spellEnd"/>
      <w:r>
        <w:t xml:space="preserve"> </w:t>
      </w:r>
      <w:proofErr w:type="spellStart"/>
      <w:r>
        <w:t>পর্যন্ত</w:t>
      </w:r>
      <w:proofErr w:type="spellEnd"/>
      <w:r>
        <w:t xml:space="preserve"> </w:t>
      </w:r>
      <w:proofErr w:type="spellStart"/>
      <w:r>
        <w:t>অতিক্রম</w:t>
      </w:r>
      <w:proofErr w:type="spellEnd"/>
      <w:r>
        <w:t xml:space="preserve"> </w:t>
      </w:r>
      <w:proofErr w:type="spellStart"/>
      <w:r>
        <w:t>করিতে</w:t>
      </w:r>
      <w:proofErr w:type="spellEnd"/>
      <w:r>
        <w:t xml:space="preserve"> </w:t>
      </w:r>
      <w:proofErr w:type="spellStart"/>
      <w:r>
        <w:t>গেলে</w:t>
      </w:r>
      <w:proofErr w:type="spellEnd"/>
      <w:r>
        <w:t xml:space="preserve"> </w:t>
      </w:r>
      <w:proofErr w:type="spellStart"/>
      <w:r>
        <w:t>তৃষ্ণায়</w:t>
      </w:r>
      <w:proofErr w:type="spellEnd"/>
      <w:r>
        <w:t xml:space="preserve"> </w:t>
      </w:r>
      <w:proofErr w:type="spellStart"/>
      <w:r>
        <w:t>ছাতি</w:t>
      </w:r>
      <w:proofErr w:type="spellEnd"/>
      <w:r>
        <w:t xml:space="preserve"> </w:t>
      </w:r>
      <w:proofErr w:type="spellStart"/>
      <w:r>
        <w:t>ফাটিয়া</w:t>
      </w:r>
      <w:proofErr w:type="spellEnd"/>
      <w:r>
        <w:t xml:space="preserve"> </w:t>
      </w:r>
      <w:proofErr w:type="spellStart"/>
      <w:r>
        <w:t>মানুষের</w:t>
      </w:r>
      <w:proofErr w:type="spellEnd"/>
      <w:r>
        <w:t xml:space="preserve"> </w:t>
      </w:r>
      <w:proofErr w:type="spellStart"/>
      <w:r>
        <w:t>মৃত্যু</w:t>
      </w:r>
      <w:proofErr w:type="spellEnd"/>
      <w:r>
        <w:t xml:space="preserve"> </w:t>
      </w:r>
      <w:proofErr w:type="spellStart"/>
      <w:r>
        <w:t>হওয়া</w:t>
      </w:r>
      <w:proofErr w:type="spellEnd"/>
      <w:r>
        <w:t xml:space="preserve"> </w:t>
      </w:r>
      <w:proofErr w:type="spellStart"/>
      <w:r>
        <w:t>মোটেই</w:t>
      </w:r>
      <w:proofErr w:type="spellEnd"/>
      <w:r>
        <w:t xml:space="preserve"> </w:t>
      </w:r>
      <w:proofErr w:type="spellStart"/>
      <w:r>
        <w:t>অসম্ভব</w:t>
      </w:r>
      <w:proofErr w:type="spellEnd"/>
      <w:r>
        <w:br/>
      </w:r>
      <w:proofErr w:type="spellStart"/>
      <w:r>
        <w:t>নয়</w:t>
      </w:r>
      <w:proofErr w:type="spellEnd"/>
      <w:r>
        <w:t xml:space="preserve">; </w:t>
      </w:r>
      <w:proofErr w:type="spellStart"/>
      <w:r>
        <w:t>বিশেষ</w:t>
      </w:r>
      <w:proofErr w:type="spellEnd"/>
      <w:r>
        <w:t xml:space="preserve"> </w:t>
      </w:r>
      <w:proofErr w:type="spellStart"/>
      <w:r>
        <w:t>করিয়া</w:t>
      </w:r>
      <w:proofErr w:type="spellEnd"/>
      <w:r>
        <w:t xml:space="preserve"> </w:t>
      </w:r>
      <w:proofErr w:type="spellStart"/>
      <w:r>
        <w:t>গ্রীষ্মকালে</w:t>
      </w:r>
      <w:proofErr w:type="spellEnd"/>
      <w:r>
        <w:t xml:space="preserve">। </w:t>
      </w:r>
      <w:proofErr w:type="spellStart"/>
      <w:r>
        <w:t>তখন</w:t>
      </w:r>
      <w:proofErr w:type="spellEnd"/>
      <w:r>
        <w:t xml:space="preserve"> </w:t>
      </w:r>
      <w:proofErr w:type="spellStart"/>
      <w:r>
        <w:t>যেন</w:t>
      </w:r>
      <w:proofErr w:type="spellEnd"/>
      <w:r>
        <w:t xml:space="preserve"> </w:t>
      </w:r>
      <w:proofErr w:type="spellStart"/>
      <w:r>
        <w:t>ছাতি-ফাটার</w:t>
      </w:r>
      <w:proofErr w:type="spellEnd"/>
      <w:r>
        <w:t xml:space="preserve"> </w:t>
      </w:r>
      <w:proofErr w:type="spellStart"/>
      <w:r>
        <w:t>মাঠ</w:t>
      </w:r>
      <w:proofErr w:type="spellEnd"/>
      <w:r>
        <w:t xml:space="preserve"> </w:t>
      </w:r>
      <w:proofErr w:type="spellStart"/>
      <w:r>
        <w:t>নাম-গৌরবে</w:t>
      </w:r>
      <w:proofErr w:type="spellEnd"/>
      <w:r>
        <w:t xml:space="preserve"> </w:t>
      </w:r>
      <w:proofErr w:type="spellStart"/>
      <w:r>
        <w:t>মহামারীর</w:t>
      </w:r>
      <w:proofErr w:type="spellEnd"/>
      <w:r>
        <w:t xml:space="preserve"> </w:t>
      </w:r>
      <w:proofErr w:type="spellStart"/>
      <w:r>
        <w:t>সমকক্ষতা</w:t>
      </w:r>
      <w:proofErr w:type="spellEnd"/>
      <w:r>
        <w:br/>
      </w:r>
      <w:proofErr w:type="spellStart"/>
      <w:r>
        <w:t>লাভ</w:t>
      </w:r>
      <w:proofErr w:type="spellEnd"/>
      <w:r>
        <w:t xml:space="preserve"> </w:t>
      </w:r>
      <w:proofErr w:type="spellStart"/>
      <w:r>
        <w:t>করিবার</w:t>
      </w:r>
      <w:proofErr w:type="spellEnd"/>
      <w:r>
        <w:t xml:space="preserve"> </w:t>
      </w:r>
      <w:proofErr w:type="spellStart"/>
      <w:r>
        <w:t>জন্য</w:t>
      </w:r>
      <w:proofErr w:type="spellEnd"/>
      <w:r>
        <w:t xml:space="preserve"> </w:t>
      </w:r>
      <w:proofErr w:type="spellStart"/>
      <w:r>
        <w:t>লালায়িত</w:t>
      </w:r>
      <w:proofErr w:type="spellEnd"/>
      <w:r>
        <w:t xml:space="preserve"> </w:t>
      </w:r>
      <w:proofErr w:type="spellStart"/>
      <w:r>
        <w:t>হইয়া</w:t>
      </w:r>
      <w:proofErr w:type="spellEnd"/>
      <w:r>
        <w:t xml:space="preserve"> </w:t>
      </w:r>
      <w:proofErr w:type="spellStart"/>
      <w:r>
        <w:t>ওঠে</w:t>
      </w:r>
      <w:proofErr w:type="spellEnd"/>
      <w:r>
        <w:t xml:space="preserve">। </w:t>
      </w:r>
      <w:proofErr w:type="spellStart"/>
      <w:r>
        <w:t>ঘন</w:t>
      </w:r>
      <w:proofErr w:type="spellEnd"/>
      <w:r>
        <w:t xml:space="preserve"> </w:t>
      </w:r>
      <w:proofErr w:type="spellStart"/>
      <w:r>
        <w:t>ঘুমাচ্ছন্নতার</w:t>
      </w:r>
      <w:proofErr w:type="spellEnd"/>
      <w:r>
        <w:t xml:space="preserve"> </w:t>
      </w:r>
      <w:proofErr w:type="spellStart"/>
      <w:r>
        <w:t>মত</w:t>
      </w:r>
      <w:proofErr w:type="spellEnd"/>
      <w:r>
        <w:t xml:space="preserve"> </w:t>
      </w:r>
      <w:proofErr w:type="spellStart"/>
      <w:r>
        <w:t>ধূলার</w:t>
      </w:r>
      <w:proofErr w:type="spellEnd"/>
      <w:r>
        <w:t xml:space="preserve"> </w:t>
      </w:r>
      <w:proofErr w:type="spellStart"/>
      <w:r>
        <w:t>একটা</w:t>
      </w:r>
      <w:proofErr w:type="spellEnd"/>
      <w:r>
        <w:t xml:space="preserve"> </w:t>
      </w:r>
      <w:proofErr w:type="spellStart"/>
      <w:r>
        <w:t>ধূসর</w:t>
      </w:r>
      <w:proofErr w:type="spellEnd"/>
      <w:r>
        <w:t xml:space="preserve"> </w:t>
      </w:r>
      <w:proofErr w:type="spellStart"/>
      <w:r>
        <w:t>আস্তরণে</w:t>
      </w:r>
      <w:proofErr w:type="spellEnd"/>
      <w:r>
        <w:br/>
      </w:r>
      <w:proofErr w:type="spellStart"/>
      <w:r>
        <w:t>মাটি</w:t>
      </w:r>
      <w:proofErr w:type="spellEnd"/>
      <w:r>
        <w:t xml:space="preserve"> </w:t>
      </w:r>
      <w:proofErr w:type="spellStart"/>
      <w:r>
        <w:t>হইতে</w:t>
      </w:r>
      <w:proofErr w:type="spellEnd"/>
      <w:r>
        <w:t xml:space="preserve"> </w:t>
      </w:r>
      <w:proofErr w:type="spellStart"/>
      <w:r>
        <w:t>আকাশের</w:t>
      </w:r>
      <w:proofErr w:type="spellEnd"/>
      <w:r>
        <w:t xml:space="preserve"> </w:t>
      </w:r>
      <w:proofErr w:type="spellStart"/>
      <w:r>
        <w:t>কোল</w:t>
      </w:r>
      <w:proofErr w:type="spellEnd"/>
      <w:r>
        <w:t xml:space="preserve"> </w:t>
      </w:r>
      <w:proofErr w:type="spellStart"/>
      <w:r>
        <w:t>পর্যন্ত</w:t>
      </w:r>
      <w:proofErr w:type="spellEnd"/>
      <w:r>
        <w:t xml:space="preserve"> </w:t>
      </w:r>
      <w:proofErr w:type="spellStart"/>
      <w:r>
        <w:t>আছন্ন</w:t>
      </w:r>
      <w:proofErr w:type="spellEnd"/>
      <w:r>
        <w:t xml:space="preserve"> </w:t>
      </w:r>
      <w:proofErr w:type="spellStart"/>
      <w:r>
        <w:t>হইয়া</w:t>
      </w:r>
      <w:proofErr w:type="spellEnd"/>
      <w:r>
        <w:t xml:space="preserve"> </w:t>
      </w:r>
      <w:proofErr w:type="spellStart"/>
      <w:r>
        <w:t>থাকে</w:t>
      </w:r>
      <w:proofErr w:type="spellEnd"/>
      <w:r>
        <w:t xml:space="preserve">; </w:t>
      </w:r>
      <w:proofErr w:type="spellStart"/>
      <w:r>
        <w:t>অপর</w:t>
      </w:r>
      <w:proofErr w:type="spellEnd"/>
      <w:r>
        <w:t xml:space="preserve"> </w:t>
      </w:r>
      <w:proofErr w:type="spellStart"/>
      <w:r>
        <w:t>প্রান্তের</w:t>
      </w:r>
      <w:proofErr w:type="spellEnd"/>
      <w:r>
        <w:t xml:space="preserve"> </w:t>
      </w:r>
      <w:proofErr w:type="spellStart"/>
      <w:r>
        <w:t>সুদূর</w:t>
      </w:r>
      <w:proofErr w:type="spellEnd"/>
      <w:r>
        <w:t xml:space="preserve"> </w:t>
      </w:r>
      <w:proofErr w:type="spellStart"/>
      <w:r>
        <w:t>গ্রামচিহ্নের</w:t>
      </w:r>
      <w:proofErr w:type="spellEnd"/>
      <w:r>
        <w:t xml:space="preserve"> </w:t>
      </w:r>
      <w:proofErr w:type="spellStart"/>
      <w:r>
        <w:t>সীমারেখা</w:t>
      </w:r>
      <w:proofErr w:type="spellEnd"/>
      <w:r>
        <w:br/>
      </w:r>
      <w:proofErr w:type="spellStart"/>
      <w:r>
        <w:t>প্রায়</w:t>
      </w:r>
      <w:proofErr w:type="spellEnd"/>
      <w:r>
        <w:t xml:space="preserve"> </w:t>
      </w:r>
      <w:proofErr w:type="spellStart"/>
      <w:r>
        <w:t>নিশ্চিহ্ন</w:t>
      </w:r>
      <w:proofErr w:type="spellEnd"/>
      <w:r>
        <w:t xml:space="preserve"> </w:t>
      </w:r>
      <w:proofErr w:type="spellStart"/>
      <w:r>
        <w:t>হইয়া</w:t>
      </w:r>
      <w:proofErr w:type="spellEnd"/>
      <w:r>
        <w:t xml:space="preserve"> </w:t>
      </w:r>
      <w:proofErr w:type="spellStart"/>
      <w:r>
        <w:t>যায়</w:t>
      </w:r>
      <w:proofErr w:type="spellEnd"/>
      <w:r>
        <w:t xml:space="preserve">। </w:t>
      </w:r>
      <w:proofErr w:type="spellStart"/>
      <w:r>
        <w:t>তখন</w:t>
      </w:r>
      <w:proofErr w:type="spellEnd"/>
      <w:r>
        <w:t xml:space="preserve"> </w:t>
      </w:r>
      <w:proofErr w:type="spellStart"/>
      <w:r>
        <w:t>ছাতি-ফাটার</w:t>
      </w:r>
      <w:proofErr w:type="spellEnd"/>
      <w:r>
        <w:t xml:space="preserve"> </w:t>
      </w:r>
      <w:proofErr w:type="spellStart"/>
      <w:r>
        <w:t>মাঠের</w:t>
      </w:r>
      <w:proofErr w:type="spellEnd"/>
      <w:r>
        <w:t xml:space="preserve"> </w:t>
      </w:r>
      <w:proofErr w:type="spellStart"/>
      <w:r>
        <w:t>সে</w:t>
      </w:r>
      <w:proofErr w:type="spellEnd"/>
      <w:r>
        <w:t xml:space="preserve"> </w:t>
      </w:r>
      <w:proofErr w:type="spellStart"/>
      <w:r>
        <w:t>রূপ</w:t>
      </w:r>
      <w:proofErr w:type="spellEnd"/>
      <w:r>
        <w:t xml:space="preserve"> </w:t>
      </w:r>
      <w:proofErr w:type="spellStart"/>
      <w:r>
        <w:t>অদ্ভুত</w:t>
      </w:r>
      <w:proofErr w:type="spellEnd"/>
      <w:r>
        <w:t xml:space="preserve">, </w:t>
      </w:r>
      <w:proofErr w:type="spellStart"/>
      <w:r>
        <w:t>ভয়ঙ্কর</w:t>
      </w:r>
      <w:proofErr w:type="spellEnd"/>
      <w:r>
        <w:t xml:space="preserve">। </w:t>
      </w:r>
      <w:proofErr w:type="spellStart"/>
      <w:r>
        <w:t>শূন্যলোকে</w:t>
      </w:r>
      <w:proofErr w:type="spellEnd"/>
      <w:r>
        <w:t xml:space="preserve"> </w:t>
      </w:r>
      <w:proofErr w:type="spellStart"/>
      <w:r>
        <w:t>ভাসে</w:t>
      </w:r>
      <w:proofErr w:type="spellEnd"/>
      <w:r>
        <w:br/>
      </w:r>
      <w:proofErr w:type="spellStart"/>
      <w:r>
        <w:t>একটি</w:t>
      </w:r>
      <w:proofErr w:type="spellEnd"/>
      <w:r>
        <w:t xml:space="preserve"> </w:t>
      </w:r>
      <w:proofErr w:type="spellStart"/>
      <w:r>
        <w:t>ধুম্রধূসরতা</w:t>
      </w:r>
      <w:proofErr w:type="spellEnd"/>
      <w:r>
        <w:t xml:space="preserve">, </w:t>
      </w:r>
      <w:proofErr w:type="spellStart"/>
      <w:r>
        <w:t>নিম্নলোকে</w:t>
      </w:r>
      <w:proofErr w:type="spellEnd"/>
      <w:r>
        <w:t xml:space="preserve"> </w:t>
      </w:r>
      <w:proofErr w:type="spellStart"/>
      <w:r>
        <w:t>তৃণচিহ্নহীন</w:t>
      </w:r>
      <w:proofErr w:type="spellEnd"/>
      <w:r>
        <w:t xml:space="preserve"> </w:t>
      </w:r>
      <w:proofErr w:type="spellStart"/>
      <w:r>
        <w:t>মাঠে</w:t>
      </w:r>
      <w:proofErr w:type="spellEnd"/>
      <w:r>
        <w:t xml:space="preserve"> </w:t>
      </w:r>
      <w:proofErr w:type="spellStart"/>
      <w:r>
        <w:t>সদ্য-নির্বাপিত</w:t>
      </w:r>
      <w:proofErr w:type="spellEnd"/>
      <w:r>
        <w:t xml:space="preserve"> </w:t>
      </w:r>
      <w:proofErr w:type="spellStart"/>
      <w:r>
        <w:t>চিতাভস্মের</w:t>
      </w:r>
      <w:proofErr w:type="spellEnd"/>
      <w:r>
        <w:t xml:space="preserve"> </w:t>
      </w:r>
      <w:proofErr w:type="spellStart"/>
      <w:r>
        <w:t>রূপ</w:t>
      </w:r>
      <w:proofErr w:type="spellEnd"/>
      <w:r>
        <w:t xml:space="preserve"> ও </w:t>
      </w:r>
      <w:proofErr w:type="spellStart"/>
      <w:r>
        <w:t>উত্তপ্ত</w:t>
      </w:r>
      <w:proofErr w:type="spellEnd"/>
      <w:r>
        <w:t xml:space="preserve"> </w:t>
      </w:r>
      <w:proofErr w:type="spellStart"/>
      <w:r>
        <w:t>স্পর্শ</w:t>
      </w:r>
      <w:proofErr w:type="spellEnd"/>
      <w:r>
        <w:t>।</w:t>
      </w:r>
      <w:r>
        <w:br/>
      </w:r>
      <w:proofErr w:type="spellStart"/>
      <w:r>
        <w:t>ফ্যাকাশে</w:t>
      </w:r>
      <w:proofErr w:type="spellEnd"/>
      <w:r>
        <w:t xml:space="preserve"> </w:t>
      </w:r>
      <w:proofErr w:type="spellStart"/>
      <w:r>
        <w:t>রঙের</w:t>
      </w:r>
      <w:proofErr w:type="spellEnd"/>
      <w:r>
        <w:t xml:space="preserve"> </w:t>
      </w:r>
      <w:proofErr w:type="spellStart"/>
      <w:r>
        <w:t>নরম</w:t>
      </w:r>
      <w:proofErr w:type="spellEnd"/>
      <w:r>
        <w:t xml:space="preserve"> </w:t>
      </w:r>
      <w:proofErr w:type="spellStart"/>
      <w:r>
        <w:t>ধূলার</w:t>
      </w:r>
      <w:proofErr w:type="spellEnd"/>
      <w:r>
        <w:t xml:space="preserve"> </w:t>
      </w:r>
      <w:proofErr w:type="spellStart"/>
      <w:r>
        <w:t>রাশি</w:t>
      </w:r>
      <w:proofErr w:type="spellEnd"/>
      <w:r>
        <w:t xml:space="preserve"> </w:t>
      </w:r>
      <w:proofErr w:type="spellStart"/>
      <w:r>
        <w:t>প্রায়</w:t>
      </w:r>
      <w:proofErr w:type="spellEnd"/>
      <w:r>
        <w:t xml:space="preserve"> </w:t>
      </w:r>
      <w:proofErr w:type="spellStart"/>
      <w:r>
        <w:t>এক</w:t>
      </w:r>
      <w:proofErr w:type="spellEnd"/>
      <w:r>
        <w:t xml:space="preserve"> </w:t>
      </w:r>
      <w:proofErr w:type="spellStart"/>
      <w:r>
        <w:t>হাত</w:t>
      </w:r>
      <w:proofErr w:type="spellEnd"/>
      <w:r>
        <w:t xml:space="preserve"> </w:t>
      </w:r>
      <w:proofErr w:type="spellStart"/>
      <w:r>
        <w:t>পুরু</w:t>
      </w:r>
      <w:proofErr w:type="spellEnd"/>
      <w:r>
        <w:t xml:space="preserve"> </w:t>
      </w:r>
      <w:proofErr w:type="spellStart"/>
      <w:r>
        <w:t>হইয়া</w:t>
      </w:r>
      <w:proofErr w:type="spellEnd"/>
      <w:r>
        <w:t xml:space="preserve"> </w:t>
      </w:r>
      <w:proofErr w:type="spellStart"/>
      <w:r>
        <w:t>জমিয়া</w:t>
      </w:r>
      <w:proofErr w:type="spellEnd"/>
      <w:r>
        <w:t xml:space="preserve"> </w:t>
      </w:r>
      <w:proofErr w:type="spellStart"/>
      <w:r>
        <w:t>থাকে</w:t>
      </w:r>
      <w:proofErr w:type="spellEnd"/>
      <w:r>
        <w:t xml:space="preserve">। </w:t>
      </w:r>
      <w:proofErr w:type="spellStart"/>
      <w:r>
        <w:t>গাছের</w:t>
      </w:r>
      <w:proofErr w:type="spellEnd"/>
      <w:r>
        <w:t xml:space="preserve"> </w:t>
      </w:r>
      <w:proofErr w:type="spellStart"/>
      <w:r>
        <w:t>মধ্যে</w:t>
      </w:r>
      <w:proofErr w:type="spellEnd"/>
      <w:r>
        <w:t xml:space="preserve"> </w:t>
      </w:r>
      <w:proofErr w:type="spellStart"/>
      <w:r>
        <w:t>এত</w:t>
      </w:r>
      <w:proofErr w:type="spellEnd"/>
      <w:r>
        <w:br/>
      </w:r>
      <w:proofErr w:type="spellStart"/>
      <w:r>
        <w:t>বড়</w:t>
      </w:r>
      <w:proofErr w:type="spellEnd"/>
      <w:r>
        <w:t xml:space="preserve"> </w:t>
      </w:r>
      <w:proofErr w:type="spellStart"/>
      <w:r>
        <w:t>প্রান্তরটার</w:t>
      </w:r>
      <w:proofErr w:type="spellEnd"/>
      <w:r>
        <w:t xml:space="preserve"> </w:t>
      </w:r>
      <w:proofErr w:type="spellStart"/>
      <w:r>
        <w:t>এখানে</w:t>
      </w:r>
      <w:proofErr w:type="spellEnd"/>
      <w:r>
        <w:t xml:space="preserve"> </w:t>
      </w:r>
      <w:proofErr w:type="spellStart"/>
      <w:r>
        <w:t>ওখানে</w:t>
      </w:r>
      <w:proofErr w:type="spellEnd"/>
      <w:r>
        <w:t xml:space="preserve"> </w:t>
      </w:r>
      <w:proofErr w:type="spellStart"/>
      <w:r>
        <w:t>কতকগুলি</w:t>
      </w:r>
      <w:proofErr w:type="spellEnd"/>
      <w:r>
        <w:t xml:space="preserve"> </w:t>
      </w:r>
      <w:proofErr w:type="spellStart"/>
      <w:r>
        <w:t>খৈরী</w:t>
      </w:r>
      <w:proofErr w:type="spellEnd"/>
      <w:r>
        <w:t xml:space="preserve"> ও </w:t>
      </w:r>
      <w:proofErr w:type="spellStart"/>
      <w:r>
        <w:t>সেয়াকুল</w:t>
      </w:r>
      <w:proofErr w:type="spellEnd"/>
      <w:r>
        <w:t xml:space="preserve"> </w:t>
      </w:r>
      <w:proofErr w:type="spellStart"/>
      <w:r>
        <w:t>জাতীয়</w:t>
      </w:r>
      <w:proofErr w:type="spellEnd"/>
      <w:r>
        <w:t xml:space="preserve"> </w:t>
      </w:r>
      <w:proofErr w:type="spellStart"/>
      <w:r>
        <w:t>কণ্ঠকগুল্ম</w:t>
      </w:r>
      <w:proofErr w:type="spellEnd"/>
      <w:r>
        <w:t xml:space="preserve">। </w:t>
      </w:r>
      <w:proofErr w:type="spellStart"/>
      <w:r>
        <w:t>কোনো</w:t>
      </w:r>
      <w:proofErr w:type="spellEnd"/>
      <w:r>
        <w:t xml:space="preserve"> </w:t>
      </w:r>
      <w:proofErr w:type="spellStart"/>
      <w:r>
        <w:t>বড়</w:t>
      </w:r>
      <w:proofErr w:type="spellEnd"/>
      <w:r>
        <w:t xml:space="preserve"> </w:t>
      </w:r>
      <w:proofErr w:type="spellStart"/>
      <w:r>
        <w:t>গাছ</w:t>
      </w:r>
      <w:proofErr w:type="spellEnd"/>
      <w:r>
        <w:br/>
      </w:r>
      <w:proofErr w:type="spellStart"/>
      <w:r>
        <w:t>নাই-বড়</w:t>
      </w:r>
      <w:proofErr w:type="spellEnd"/>
      <w:r>
        <w:t xml:space="preserve"> </w:t>
      </w:r>
      <w:proofErr w:type="spellStart"/>
      <w:r>
        <w:t>গাছ</w:t>
      </w:r>
      <w:proofErr w:type="spellEnd"/>
      <w:r>
        <w:t xml:space="preserve"> </w:t>
      </w:r>
      <w:proofErr w:type="spellStart"/>
      <w:r>
        <w:t>এখানে</w:t>
      </w:r>
      <w:proofErr w:type="spellEnd"/>
      <w:r>
        <w:t xml:space="preserve"> </w:t>
      </w:r>
      <w:proofErr w:type="spellStart"/>
      <w:r>
        <w:t>জন্মায়</w:t>
      </w:r>
      <w:proofErr w:type="spellEnd"/>
      <w:r>
        <w:t xml:space="preserve"> </w:t>
      </w:r>
      <w:proofErr w:type="spellStart"/>
      <w:r>
        <w:t>না</w:t>
      </w:r>
      <w:proofErr w:type="spellEnd"/>
      <w:r>
        <w:t xml:space="preserve">, </w:t>
      </w:r>
      <w:proofErr w:type="spellStart"/>
      <w:r>
        <w:t>কোথাও</w:t>
      </w:r>
      <w:proofErr w:type="spellEnd"/>
      <w:r>
        <w:t xml:space="preserve"> </w:t>
      </w:r>
      <w:proofErr w:type="spellStart"/>
      <w:r>
        <w:t>জল</w:t>
      </w:r>
      <w:proofErr w:type="spellEnd"/>
      <w:r>
        <w:t xml:space="preserve"> </w:t>
      </w:r>
      <w:proofErr w:type="spellStart"/>
      <w:r>
        <w:t>নাই</w:t>
      </w:r>
      <w:proofErr w:type="spellEnd"/>
      <w:r>
        <w:t xml:space="preserve">, </w:t>
      </w:r>
      <w:proofErr w:type="spellStart"/>
      <w:r>
        <w:t>গোটাকয়েক</w:t>
      </w:r>
      <w:proofErr w:type="spellEnd"/>
      <w:r>
        <w:t xml:space="preserve"> </w:t>
      </w:r>
      <w:proofErr w:type="spellStart"/>
      <w:r>
        <w:t>শুষ্কগত</w:t>
      </w:r>
      <w:proofErr w:type="spellEnd"/>
      <w:r>
        <w:t xml:space="preserve"> </w:t>
      </w:r>
      <w:proofErr w:type="spellStart"/>
      <w:r>
        <w:t>জলাশয়</w:t>
      </w:r>
      <w:proofErr w:type="spellEnd"/>
      <w:r>
        <w:t xml:space="preserve"> </w:t>
      </w:r>
      <w:proofErr w:type="spellStart"/>
      <w:r>
        <w:t>আছে</w:t>
      </w:r>
      <w:proofErr w:type="spellEnd"/>
      <w:r>
        <w:t xml:space="preserve">, </w:t>
      </w:r>
      <w:proofErr w:type="spellStart"/>
      <w:r>
        <w:t>কিন্তু</w:t>
      </w:r>
      <w:proofErr w:type="spellEnd"/>
      <w:r>
        <w:br/>
      </w:r>
      <w:proofErr w:type="spellStart"/>
      <w:r>
        <w:t>জলতাহাতে</w:t>
      </w:r>
      <w:proofErr w:type="spellEnd"/>
      <w:r>
        <w:t xml:space="preserve"> </w:t>
      </w:r>
      <w:proofErr w:type="spellStart"/>
      <w:r>
        <w:t>থাকে</w:t>
      </w:r>
      <w:proofErr w:type="spellEnd"/>
      <w:r>
        <w:t xml:space="preserve"> </w:t>
      </w:r>
      <w:proofErr w:type="spellStart"/>
      <w:r>
        <w:t>না</w:t>
      </w:r>
      <w:proofErr w:type="spellEnd"/>
      <w:r>
        <w:t>।</w:t>
      </w:r>
      <w:r>
        <w:br/>
      </w:r>
      <w:proofErr w:type="spellStart"/>
      <w:r>
        <w:t>মাঠখানির</w:t>
      </w:r>
      <w:proofErr w:type="spellEnd"/>
      <w:r>
        <w:t xml:space="preserve"> চারিদিকেই ছোট ছোট পল্লী-সবই নিরক্ষর চাষীদের গ্রাম; সত্য কথা তাহারা</w:t>
      </w:r>
      <w:r>
        <w:br/>
        <w:t>গোপন করিতে জানে না-তাহারা বলে, কোন অতীতকালের এক মহানাগ এখানে আসিয়া</w:t>
      </w:r>
      <w:r>
        <w:br/>
        <w:t>বসতি করিয়াছিল, তাহারই বিষের জ্বালায় মাঠখানির রসময়ী রূপ, বীজপ্রসবিনী শক্তি পুড়িয়া</w:t>
      </w:r>
      <w:r>
        <w:br/>
        <w:t>ক্ষার হইয়া গিয়াছে। তখন নাকি আকাশলোকে সঞ্চরমাণ পতঙ্গ-পক্ষীও পঙ্গু হইয়া ঝরা-পাতার</w:t>
      </w:r>
      <w:r>
        <w:br/>
        <w:t>মত ঘুরিতে ঘুরিতে আসিয়া পড়িত সেই মহানগরের গ্রামের মধ্যে।</w:t>
      </w:r>
      <w:r>
        <w:br/>
        <w:t>সে নাগ আর নাই, কিন্তু বিষজর্জরতা এখনও কমে নাই। অভিশপ্ত ছাতি-ফাটার মাঠ!</w:t>
      </w:r>
      <w:r>
        <w:br/>
        <w:t>তাহারই ভাগ্যদোষে ঐ বিষজর্জরতার উপরে আর এক ক্রুর দৃষ্টি তাহার উপর প্রসারিত হইয়া</w:t>
      </w:r>
      <w:r>
        <w:br/>
        <w:t>আছে। মাঠখানার পূর্বপ্রান্তে দলদলির জলা, অর্থাৎ অত্যন্ত গভীর পঙ্কিল ঝরণা জাতীয় জলাটার</w:t>
      </w:r>
      <w:r>
        <w:br/>
        <w:t>উপরেই রামনগরের সাহাদের যে আমবাগান আছে, সেই আমবাগানে আজ চল্লিশ বৎসর ধরিয়া</w:t>
      </w:r>
      <w:r>
        <w:br/>
        <w:t>বাস করিতেছে এক ডাকিনী-ভীষণ শক্তিশালিনী নিষ্ঠুর ক্রুর একটা বৃদ্ধা ডাকিনী। লোকে তাহাকে</w:t>
      </w:r>
      <w:r>
        <w:br/>
        <w:t>পরিহার করিয়াই চলে, তবু চল্লিশ বৎসর ধরিয়া দূর হইতে তাহাকে দেখিয়া তাহার প্রতিটি অঙ্গের</w:t>
      </w:r>
      <w:r>
        <w:br/>
        <w:t>বর্ণনা তাহারা দিতে পারে, তাহার দৃষ্টি নাকি অপলক স্থির, আর সে দৃষ্টি নাকি আজ চল্লিশ বৎসর</w:t>
      </w:r>
      <w:r>
        <w:br/>
        <w:t>ধরিয়াই নিবদ্ধ হইয়া আছে এই মাঠখানার উপর।</w:t>
      </w:r>
      <w:r>
        <w:br/>
        <w:t>দলদলির উপরেই আমবাগানের ছায়ার মধ্যে নিঃসঙ্গ একখানি মেটে ঘর; ঘরখানার মুখ ঐ</w:t>
      </w:r>
      <w:r>
        <w:br/>
        <w:t>ছাতি-ফাটার মাঠের দিকে। দুয়ারের সম্মুখেই লম্বা একখানি খড়ে-ছাওয়া বারান্দা-সেই বারান্দায়</w:t>
      </w:r>
      <w:r>
        <w:br/>
        <w:t>স্তব্ধ হইয়া বসিয়া নিমেষহীন দৃষ্টিতে বৃদ্ধা চাহিয়া থাকে ঐ ছাতি-ফাটার মাঠের দিকে। তাহার</w:t>
      </w:r>
    </w:p>
    <w:p w14:paraId="65437580" w14:textId="77777777" w:rsidR="001E2E86" w:rsidRDefault="00000000" w:rsidP="002D730D">
      <w:pPr>
        <w:jc w:val="both"/>
      </w:pPr>
      <w:r>
        <w:br w:type="page"/>
      </w:r>
    </w:p>
    <w:p w14:paraId="67FF8CEF" w14:textId="394BA926" w:rsidR="001E2E86" w:rsidRDefault="00000000" w:rsidP="002D730D">
      <w:pPr>
        <w:jc w:val="both"/>
      </w:pPr>
      <w:r>
        <w:lastRenderedPageBreak/>
        <w:br/>
        <w:t>কাজের মধ্যে সে আপন ঘরদুয়ারটি পরিষ্কার করিয়া গোবরমাটি দিয়া নিকাইয়া লয়, তাহার পর</w:t>
      </w:r>
      <w:r>
        <w:br/>
        <w:t>বাহির হয় ভিক্ষায়। দুই-তিনটা বাড়িতে গিয়া দাঁড়াইলেই তাহার কাজ হইয়া যায়, লোকে ভয়ে</w:t>
      </w:r>
      <w:r>
        <w:br/>
        <w:t>ভয়ে ভিক্ষা বেশী পরিমাণেই দিয়া থাকে; সেরখানেক চাল হইলেই সে আর ভিক্ষা করে না, বাড়ি</w:t>
      </w:r>
      <w:r>
        <w:br/>
        <w:t>ফিরিয়া আসে। ফিরিবার পথে অর্ধেক চাল বিক্রি করিয়া দোকান হইতে একটু শুন, একটু সরিষার</w:t>
      </w:r>
      <w:r>
        <w:br/>
        <w:t>তেল, আর খানিকটা কেরোসিন তেল কিনিয়া আনে। বাড়ি ফিরিয়া আর একবার বাহির হয়</w:t>
      </w:r>
      <w:r>
        <w:br/>
        <w:t>শুকনো গোবর ও দুই-চারিটা শুকনো ডালপালার সন্ধানে। ইহার পর সমস্তটা দিন সে দাওয়ার</w:t>
      </w:r>
      <w:r>
        <w:br/>
        <w:t>উপর নিস্তব্ধ হইয়া বসিয়া থাকে। এমনি করিয়া চল্লিশ বৎসর সে একই ধারায় ঐ মাঠের দিকে</w:t>
      </w:r>
      <w:r>
        <w:br/>
        <w:t>চাহিয়া বসিয়া আছে। বৃদ্ধার বাড়ি এখানে নয়, কোথায় যে বাড়ি সে কথাও কেহ সঠিক জানে</w:t>
      </w:r>
      <w:r>
        <w:br/>
        <w:t>না। তবে একথা নাকি নিঃসন্দেহ যে, তিন-চারখানা গ্রাম একরূপ ধ্বংস করিয়া অবশেষে একদা</w:t>
      </w:r>
      <w:r>
        <w:br/>
        <w:t>আকাশপথে একটা গাছকে চালাইয়া লইয়া যাইতে যাইতে এই ছাতি-ফাটার মাঠের নির্জন রূপে</w:t>
      </w:r>
      <w:r>
        <w:br/>
        <w:t>মুগ্ধ হইয়া নামিয়া আসিয়া এইখানে ঘর বাঁধিয়াছে। নির্জনতা উহারা ভালোবাসে, মানুষের</w:t>
      </w:r>
      <w:r>
        <w:br/>
        <w:t>সাক্ষাৎ উহারা চায় না।</w:t>
      </w:r>
      <w:r>
        <w:br/>
        <w:t>মানুষ দেখিলেই যে তাহার অনিষ্ট-স্পৃহা জাগিয়া উঠে। ঐ সর্বনাশী লোলুপশক্তিটা সাপের</w:t>
      </w:r>
      <w:r>
        <w:br/>
        <w:t>মত লকলকে জিভ বাহির করিয়া ফণা তুলিয়া নাচিয়া উঠে। না হইলেও সে তো মানুষ।</w:t>
      </w:r>
      <w:r>
        <w:br/>
        <w:t>আপনার দৃষ্টি দেখিয়া সে আপনিই শিহরিয়া উঠে। বহুকালের পুরানো একখানি-আয়না-</w:t>
      </w:r>
      <w:r>
        <w:br/>
        <w:t>সেই আয়নায় আপনার চোখের প্রতিবিম্ব দেখিয়া তাহার নিজের ভয় হয়-ক্ষুদ্রায়তন চোখের</w:t>
      </w:r>
      <w:r>
        <w:br/>
        <w:t>মধ্যে পিঙ্গল দুইটি তারা, দৃষ্টিতে ছুরির মত একটা ঝকঝকে ধার। জরা-কুঞ্চিত মুখ,শণের মত সাদা</w:t>
      </w:r>
      <w:r>
        <w:br/>
        <w:t>চুল, দন্তহীন মুখ। আপন প্রতিবিম্ব দেখিতে দেখিতে ঠোঁট দুইটি তাহার থরথর করিয়া কাঁপিয়া</w:t>
      </w:r>
      <w:r>
        <w:br/>
        <w:t>উঠিল। সে আয়নাখানি নামাইয়া রাখিয়া দিল। আয়নাখানার চারিদিকে কাঠের ঘেরটা একেবারে</w:t>
      </w:r>
      <w:r>
        <w:br/>
        <w:t>কালো হইয়া গিয়াছে, অথচ নূতন অবস্থায় কি সুন্দর লালচে রঙ, আর কি পালিশই না ছিল।</w:t>
      </w:r>
      <w:r>
        <w:br/>
        <w:t>আর আয়নার কাচখানা ছিল রোদ-চকচকে পুকুরের জলের মত। কাচখানার ভিতর একখানা</w:t>
      </w:r>
      <w:r>
        <w:br/>
        <w:t>মুখ কি পরিষ্কারই না দেখা যাইত। ছোট কপালখানিকে ঘেরিয়া একরাশ চুল ঘন কালো নয়,</w:t>
      </w:r>
      <w:r>
        <w:br/>
        <w:t>একটু লালচে আভা ছিল চুলে; কপালের নিচেই টিকোল নাক; চোখ দুইটি ছোটই ছিল-চোখের</w:t>
      </w:r>
      <w:r>
        <w:br/>
        <w:t>তারা দুইটিও খয়রা রঙেরই ছিল-লোকেও সে চোখ দেখিয়া ভয় করিত। কিন্তু তাহার বড়</w:t>
      </w:r>
      <w:r>
        <w:br/>
        <w:t>ভালো লাগিত, ছোট চোখ দুইটি আরও একটু ছোট করিয়া তাকাইলে মনে হইত, আকাশের কোল</w:t>
      </w:r>
      <w:r>
        <w:br/>
        <w:t>পর্যন্ত এ চোখ দিয়া দেখা যায়। অকস্মাৎ সে শিহরিয়া উঠিল-নরুণ দিয়া চেরা, ছুরির মত চোখে,</w:t>
      </w:r>
      <w:r>
        <w:br/>
        <w:t>বিজলীর মত এই দৃষ্টিতে যাহাকে তাহার ভালো লাগে তাহার আর রক্ষা থাকে না। কোথা দিয়া</w:t>
      </w:r>
      <w:r>
        <w:br/>
        <w:t>যে কি হইয়া যায়, কেমন করিয়া যে কি হইয়া যায়, সে বুঝিতে পারে না; তবে হইয়া যায়!</w:t>
      </w:r>
      <w:r>
        <w:br/>
        <w:t>প্রথম দিনের কথা তাহার মনে পড়িয়া যায়।</w:t>
      </w:r>
      <w:r>
        <w:br/>
        <w:t>বুড়া শিবতলার সম্মুখেই দুর্গাসায়রের বাঁধাঘাটের ভাঙা রাণার উপর সে দাঁড়াইয়া ছিল-জলের</w:t>
      </w:r>
      <w:r>
        <w:br/>
        <w:t>তলে তাহার ছবি উল্টা দিকে মাথা করিয়া দাঁড়াইয়া জলের ঢেউয়ে আঁকিয়া-বাকিয়া লম্বা হইয়া</w:t>
      </w:r>
      <w:r>
        <w:br/>
        <w:t>যাইতেছিল-জল স্থির হইলে লম্বা ছবিটি অবিকল তাহার মত দশ-এগারো বৎসরের মেয়েটি হইয়া</w:t>
      </w:r>
      <w:r>
        <w:br/>
        <w:t>তাহারই দিকে চাহিয়া হাসিতেছিল। হঠাৎ বামুন-বাড়ির হারু সরকার আসিয়া তাহার চুলের</w:t>
      </w:r>
    </w:p>
    <w:p w14:paraId="51CE9A12" w14:textId="77777777" w:rsidR="001E2E86" w:rsidRDefault="00000000" w:rsidP="002D730D">
      <w:pPr>
        <w:jc w:val="both"/>
      </w:pPr>
      <w:r>
        <w:br w:type="page"/>
      </w:r>
    </w:p>
    <w:p w14:paraId="7DF977EE" w14:textId="26A4EDCC" w:rsidR="001E2E86" w:rsidRDefault="00000000" w:rsidP="002D730D">
      <w:pPr>
        <w:jc w:val="both"/>
      </w:pPr>
      <w:r>
        <w:lastRenderedPageBreak/>
        <w:br/>
        <w:t>মুঠি ধরিয়া টানিয়া সান-বাঁধানো সিঁড়ির উপর তাহাকে আছাড় দিয়া ফেলিয়া দিয়াছিল। তাহার</w:t>
      </w:r>
      <w:r>
        <w:br/>
        <w:t>সে রূঢ় কণ্ঠস্বর সে এখনও শুনিতে পায়-হারামজাদী ডাইনী, তুমি আমার ছেলেকে নজর দিয়েছ?</w:t>
      </w:r>
      <w:r>
        <w:br/>
        <w:t>তোমার এত বড় বাড়? খুন করে ফেলব হারামজাদীকে।</w:t>
      </w:r>
      <w:r>
        <w:br/>
        <w:t>হারু সরকারের সে ভয়ঙ্কর মূর্তি যেন স্পষ্ট চোখের উপর ভাসিতেছে।</w:t>
      </w:r>
      <w:r>
        <w:br/>
        <w:t>সে ভয়ে বিহ্বল হইয়া চীৎকার করিয়া কাঁদিয়াছিল-ওগো বাবু গো, তোমার দুটি পায়ে পড়ি</w:t>
      </w:r>
      <w:r>
        <w:br/>
        <w:t>গো!</w:t>
      </w:r>
      <w:r>
        <w:br/>
        <w:t>-আম দিয়ে মুড়ি খেতে দেখে যদি তোর লোভই হয়েছিল, তবে সে-কথা বললি না কেন</w:t>
      </w:r>
      <w:r>
        <w:br/>
        <w:t>হারামজাদী?</w:t>
      </w:r>
      <w:r>
        <w:br/>
        <w:t>হ্যাঁ, লোভ তো তাহার হইয়াছিল, সত্যই হইয়াছিল, মুখের ভিতরটা জলে ভরিয়া পরিপূর্ণ</w:t>
      </w:r>
      <w:r>
        <w:br/>
        <w:t>হইয়াছিল!</w:t>
      </w:r>
      <w:r>
        <w:br/>
        <w:t>-হারামজাদী, আমার ছেলে যে পেট-বেদনায় ছটফট করছে।</w:t>
      </w:r>
      <w:r>
        <w:br/>
        <w:t>সে আজও অবাক হইয়া যায়, কেমন করিয়া এমন হইয়াছিল-কেমন করিয়া এমন হয়! কিন্তু</w:t>
      </w:r>
      <w:r>
        <w:br/>
        <w:t>এ যে সত্য তাহাতে তো আর সন্দেহ নাই! তাহার স্পষ্ট মনে পড়িতেছে, সে হারু সরকারের</w:t>
      </w:r>
      <w:r>
        <w:br/>
        <w:t>বাড়ি গিয়া অঝোরঝরে কাঁদিয়াছিল, আর বার বার মনে মনে বলিয়াছিল- হে ঠাকুর, ভালো</w:t>
      </w:r>
      <w:r>
        <w:br/>
        <w:t>করে দাও, ওকে ভালো করে দাও। কতবার সে মনে মনে বলিয়াছিল-দৃষ্টি আমার ফিরাইয়া</w:t>
      </w:r>
      <w:r>
        <w:br/>
        <w:t>লইতেছি, এই লইলাম। আশ্চর্যের কথা, কিছুক্ষণ পরে বার-দুই বমি করিয়া ছেলেটি সুস্থ হইয়া</w:t>
      </w:r>
      <w:r>
        <w:br/>
        <w:t>ঘুমাইয়া পড়িয়াছিল।</w:t>
      </w:r>
      <w:r>
        <w:br/>
        <w:t>সরকার বলিয়াছিল, ওকে একটা আম আর দুটি মুড়ি দাও দেখি।</w:t>
      </w:r>
      <w:r>
        <w:br/>
        <w:t>সরকার-গিল্পী একটা ঝাঁটা তুলিয়াছিল, বলিয়াছিল, ছাই দেব হারামজাদীর মুখে। মা-বাবা-</w:t>
      </w:r>
      <w:r>
        <w:br/>
        <w:t>মরা অনাথা মেয়ে বলে দয়া করি-যেদিন হারামজাদী আসে সেই দিনই আমি ওকে খেতে দিই।</w:t>
      </w:r>
      <w:r>
        <w:br/>
        <w:t>আর ও কিনা আমার ছেলেকে নজর দেয়! আবার দাঁড়িয়ে দাঁড়িয়ে শুনছে দেখ! ওর ঐ চোখের</w:t>
      </w:r>
      <w:r>
        <w:br/>
        <w:t>দৃষ্টি দেখে বরাবর আমার সন্দেহ ছিল, কখনও আমি ওর সাক্ষাতে ছেলেপুলেকে খেতে দিই নি।</w:t>
      </w:r>
      <w:r>
        <w:br/>
        <w:t>আজ আমি খোকাকে খেতে দিয়ে ঘাটে গিয়েছি, আর ও কখন এসে একেবারে সামনে দাঁড়িয়েছে।</w:t>
      </w:r>
      <w:r>
        <w:br/>
        <w:t>সে কি দৃষ্টি ওর।</w:t>
      </w:r>
      <w:r>
        <w:br/>
        <w:t>লজ্জায় ভয়ে সে পালাইয়া গিয়াছিল। সেদিন রাত্রে সে গ্রামের মধ্যে কাহারও বাড়ির দাওয়ায়</w:t>
      </w:r>
      <w:r>
        <w:br/>
        <w:t>শুইতে খারে নাই; শুইয়াছিল গ্রামের প্রান্তে ঐ বুড়াশিবতলায়। অঝোরঝরে সে সমস্ত রাত্রি</w:t>
      </w:r>
      <w:r>
        <w:br/>
        <w:t>কাঁদিয়াছিল আর বলিয়াছিল-হে ঠাকুর, আমার দৃষ্টিকে ভালো করে দাও, না-হয় আমাকে কানা</w:t>
      </w:r>
      <w:r>
        <w:br/>
        <w:t>করে দাও।</w:t>
      </w:r>
      <w:r>
        <w:br/>
        <w:t>গভীর একটা দীর্ঘনিশ্বাস মাটির মূর্তির মত নিস্পন্দ বৃদ্ধার অবয়বের মধ্যে এতক্ষণে ক্ষীণ একটি</w:t>
      </w:r>
      <w:r>
        <w:br/>
        <w:t>চাঞ্চল্যের সঞ্চার করিল। ঠোঁট দুইটি থরথর করিয়া কাঁপিতে লাগিল।</w:t>
      </w:r>
      <w:r>
        <w:br/>
        <w:t>পূর্বজন্মের পাপের যে খণ্ডন নাই-দেবতার দোষই বা কি, আর সাধ্যই বা কি? বেশ মনে</w:t>
      </w:r>
      <w:r>
        <w:br/>
        <w:t>আছে, গৃহস্থের বাড়িতে সে আর ঢুকিবে না ঠিক করিয়াছিল। বাহির-দুয়ার হইতেই সে ভিক্ষা</w:t>
      </w:r>
      <w:r>
        <w:br/>
        <w:t>চাহিত-গলা দিয়া কথা যেন বাহির হইতে চাহিত না, কোনও মতে বহুকষ্টে বলিত, দুটি ভিক্ষে</w:t>
      </w:r>
      <w:r>
        <w:br/>
      </w:r>
    </w:p>
    <w:p w14:paraId="667AEC08" w14:textId="77777777" w:rsidR="001E2E86" w:rsidRDefault="00000000" w:rsidP="002D730D">
      <w:pPr>
        <w:jc w:val="both"/>
      </w:pPr>
      <w:r>
        <w:br w:type="page"/>
      </w:r>
    </w:p>
    <w:p w14:paraId="14BDD171" w14:textId="20438088" w:rsidR="001E2E86" w:rsidRDefault="00000000" w:rsidP="002D730D">
      <w:pPr>
        <w:jc w:val="both"/>
      </w:pPr>
      <w:r>
        <w:lastRenderedPageBreak/>
        <w:br/>
        <w:t>পাই যা! হরিবোল!</w:t>
      </w:r>
      <w:r>
        <w:br/>
        <w:t>-কে রে? তুই বুঝি? খবরদার ঘরে ঢুকবি নে। খবরদার।</w:t>
      </w:r>
      <w:r>
        <w:br/>
        <w:t>-না মা, ঘরে ঢুকব না মা।</w:t>
      </w:r>
      <w:r>
        <w:br/>
        <w:t>কিন্তু পরক্ষণেই মনের মধ্যে কি যেন একটা কিলবিল করিয়া উঠিত, এখনও উঠে। কি সুন্দর</w:t>
      </w:r>
      <w:r>
        <w:br/>
        <w:t>মাছভাজার গন্ধ, আহা-হা। বেশ খুব বড় পাকা-মাছের খানা বোধ হয়।</w:t>
      </w:r>
      <w:r>
        <w:br/>
        <w:t>-এই-এই! হারামজাদী বেহায়া। উঁকি মারছে দেখ। সাপের মত।</w:t>
      </w:r>
      <w:r>
        <w:br/>
        <w:t>ছি ছি ছি! সত্যিই তো সে উকি মারিতেছে-রান্নাশালার সমস্ত আয়োজন তাহার নরুণ-</w:t>
      </w:r>
      <w:r>
        <w:br/>
        <w:t>চেরা ক্ষুদ্র চোখের এক দৃষ্টিতে দেখা হইয়া গিয়াছে। মুখের ভিতর জিবের তলা হইতে ঝরনার</w:t>
      </w:r>
      <w:r>
        <w:br/>
        <w:t>মত জল উঠিতেছে।</w:t>
      </w:r>
      <w:r>
        <w:br/>
        <w:t>বহুকালের গড়া জীর্ণ বিবর্ণ মূর্তি যেন কোথায় একটা নাড়া পাইয়া দুলিয়া উঠিল; ফাট-ধরা</w:t>
      </w:r>
      <w:r>
        <w:br/>
        <w:t>শিথিলগ্রন্থি অঙ্গ-প্রত্যঙ্গগুলি শৃঙ্খলাহীন অসমগতিতে চঞ্চল হইয়া পড়িল; অস্থিরভাবে বৃদ্ধা এবার</w:t>
      </w:r>
      <w:r>
        <w:br/>
        <w:t>নড়িয়া-চড়িয়া বসিল-বাঁ হাতে শীর্ণ দীর্ঘ আঙুলগুলির নখাগ্র দাওয়ার মাটির উপর বিদ্ধ হইয়া</w:t>
      </w:r>
      <w:r>
        <w:br/>
        <w:t>গেল। কেন এমন হয়, কেমন করিয়া এমন হয়, সে-কথা সারাজীবন ধরিয়াও যে বুঝিতে পারা গেল</w:t>
      </w:r>
      <w:r>
        <w:br/>
        <w:t>না। অস্থির চিন্তায় দিশাহারা চিত্তের নিকট সমস্ত পৃথিবীই যেন হারাইয়া যায়।</w:t>
      </w:r>
      <w:r>
        <w:br/>
        <w:t>কিন্তু সে তার কি করিবে? কেহ কি বলিয়া দিতে পারে, তার কি করিবে, কি করিতে পারে?</w:t>
      </w:r>
      <w:r>
        <w:br/>
        <w:t>প্রহৃত পশু যেমন মরীয়া হইয়া অকস্মাৎ আঁ-আঁ গর্জন করিয়া উঠে, ঠিক তেমনই ই-ই শব্দ করিয়া</w:t>
      </w:r>
      <w:r>
        <w:br/>
        <w:t>অকস্মাৎ বৃদ্ধা মাথা নাড়িয়া শণের মত চুলগুলাকে বিশৃঙ্খল করিয়া তুলিয়া খাড়া সোজা হইয়া</w:t>
      </w:r>
      <w:r>
        <w:br/>
        <w:t>বসিল। ফোকলা মাড়ির উপর মাড়ি চাপিয়া, ছাতি-ফাটার মাঠের দিকে নরুণ-চেরা চোখে</w:t>
      </w:r>
      <w:r>
        <w:br/>
        <w:t>চিলের মত দৃষ্টি হানিয়া হাঁপাইতে আরম্ভ করিল।</w:t>
      </w:r>
      <w:r>
        <w:br/>
        <w:t>ছাতি-ফাটার মাঠটা যেন ধোঁয়ায় ভরিয়া ঝাপসা হইয়া গিয়াছে। চৈত্র মাস, বেলা প্রথম</w:t>
      </w:r>
      <w:r>
        <w:br/>
        <w:t>প্রহর শেষ হইয়া গিয়াছে। মাঠ-ভরা ধোঁয়ার মধ্যে ঝিকিমিকি ঝিলিমিলির মত কি একটা যেন</w:t>
      </w:r>
      <w:r>
        <w:br/>
        <w:t>ছুটিয়া চলিয়াছে। একটা ফুৎকার যদি সে দেয়, তবে মাঠের ধূলার রাশি উড়িয়া আকাশময় হইয়া</w:t>
      </w:r>
      <w:r>
        <w:br/>
        <w:t>যাইবে।</w:t>
      </w:r>
      <w:r>
        <w:br/>
        <w:t>ঐ ধোঁয়ার মধ্যে জমাট সাদার মত ওটা কি নড়িতেছে যেন। মানুষ? হ্যাঁ, মানুষই তো!</w:t>
      </w:r>
      <w:r>
        <w:br/>
        <w:t>মনের ভিতরটা তাহার কেমন করিয়া উঠে। ফুঁ দিয়া ধূলা উড়াইয়া, দিবে মানুষটাকে উড়াইয়া?</w:t>
      </w:r>
      <w:r>
        <w:br/>
        <w:t>হি-হি-হি করিয়া পাগলের মত হাসিয়া একটা অবোধ নিষ্ঠুর কৌতুক তাহার মনে জাগিয়া</w:t>
      </w:r>
      <w:r>
        <w:br/>
        <w:t>উঠিতেছিল।</w:t>
      </w:r>
      <w:r>
        <w:br/>
        <w:t>দুই হাতের মুঠি প্রাণপণ শত্তিতে শক্ত করিয়া সে আপনার উচ্ছৃঙ্খল মনকে শৃঙ্খলাবদ্ধ করিবার</w:t>
      </w:r>
      <w:r>
        <w:br/>
        <w:t>চেষ্টা করিল-না-না-না। ছাতি-ফাটার মাঠে মানুষটা ধূলার গরমে শ্বাসরোধী ঘনত্বে মরিয়া যাইবে।</w:t>
      </w:r>
      <w:r>
        <w:br/>
        <w:t>নাঃ, ওদিকে আর সে চাহিবেই না। তাহার চেয়ে বরং উঠানটায় আর একবার ঝাঁটা বুলাইয়া,</w:t>
      </w:r>
      <w:r>
        <w:br/>
        <w:t>ছড়াইয়া-পড়া পাতা ও কাঠকুটাগুলাকে সাজাইয়া রাখিলে কেমন হয়? বসিয়া বসিয়াই সে</w:t>
      </w:r>
      <w:r>
        <w:br/>
        <w:t>ভাঙ্গিয়া-পড়া দেহখানাকে টানিয়া উঠানে ঝাঁটা বুলাইতে শুরু করিল। জড়ো-করা পাতাগুলা</w:t>
      </w:r>
      <w:r>
        <w:br/>
        <w:t>ফর-ফর করিয়া অকস্মাৎ সর্পিল ভঙ্গিতে ঘুরপাক খাইয়া উড়িতে আরম্ভ করিল। ঝাঁটার মুখে</w:t>
      </w:r>
      <w:r>
        <w:br/>
      </w:r>
    </w:p>
    <w:p w14:paraId="51188A0E" w14:textId="77777777" w:rsidR="001E2E86" w:rsidRDefault="00000000" w:rsidP="002D730D">
      <w:pPr>
        <w:jc w:val="both"/>
      </w:pPr>
      <w:r>
        <w:br w:type="page"/>
      </w:r>
    </w:p>
    <w:p w14:paraId="35752928" w14:textId="58A69794" w:rsidR="001E2E86" w:rsidRDefault="00000000" w:rsidP="002D730D">
      <w:pPr>
        <w:jc w:val="both"/>
      </w:pPr>
      <w:r>
        <w:lastRenderedPageBreak/>
        <w:br/>
        <w:t>টানিয়া-আনা ধুলার রাশি তাহার সহিত মিশিয়া বুড়ীকেই যেন জড়াইয়া ধরিতেছিল, মুখে-চোখে</w:t>
      </w:r>
      <w:r>
        <w:br/>
        <w:t>ধূলা মাখাইয়া তাহাকে বিব্রত করিয়া তুলিল। দ্রুত আবর্তিত পাতাগুলা তাহাকে যেন সর্বাঙ্গে</w:t>
      </w:r>
      <w:r>
        <w:br/>
        <w:t>প্রহার করিতেছে। জরাগ্রস্ত রোমহীন আহতা মার্জারীর মত ক্রুদ্ধ মুখভঙ্গি করিয়া বৃদ্ধা আপনার</w:t>
      </w:r>
      <w:r>
        <w:br/>
        <w:t>হাতের ঝাঁটাগাছটা আস্ফালন করিয়া বলিয়া উঠিল-বেরো বেরো বেরো।</w:t>
      </w:r>
      <w:r>
        <w:br/>
        <w:t>বার বার সে ঝাঁটা দিয়া বাতাসের ঐ আবর্তটাকে আঘাত করতে চেষ্টা করিল, আবর্তটা</w:t>
      </w:r>
      <w:r>
        <w:br/>
        <w:t>মাঠের উপর দিয়া ঘুরপাক দিতে দিতে ছুটিয়া গেল। মাঠের ধূলা হু-হু করিয়া উড়িয়া ধূলার একটা</w:t>
      </w:r>
      <w:r>
        <w:br/>
        <w:t>ঘুরন্ত স্তম্ভ হইয়া উঠিতেছে। শুধু কি একটা! এখানে ওখানে ছোট বড় কত ঘুরণপাক উঠিয়া</w:t>
      </w:r>
      <w:r>
        <w:br/>
        <w:t>পড়িয়াছে-মাঠটা যেন নাচিতেছে। একটা যেন হাজারটা হইয়া উঠিতেছে! একটা অদ্ভুত</w:t>
      </w:r>
      <w:r>
        <w:br/>
        <w:t>আনন্দে বৃদ্ধার মন শিশুর মত অধীর হইয়া উঠিল; সহসা সে ন্যূজ দেহে উঠিয়া দাঁড়াইয়া ঝাঁটাসুদ্ধ</w:t>
      </w:r>
      <w:r>
        <w:br/>
        <w:t>হাতটা প্রসারিত করিয়া সাধ্যমত গতিতে ঘুরিতে আরম্ভ করিল। কিছুক্ষণের মধ্যেই সে টলিতে</w:t>
      </w:r>
      <w:r>
        <w:br/>
        <w:t>টলিতে বসিয়া পড়িল। পৃথিবীর এক মাথা উঁচু হইয়া তাহাকে যেন গড়াইয়া কোন অতলের</w:t>
      </w:r>
      <w:r>
        <w:br/>
        <w:t>দিকে ফেলিয়া দিতে চাহিতেছে। উঠিয়া দাঁড়াইবার শক্তিও তাহার ছিল না। ছোট শিশুর মত</w:t>
      </w:r>
      <w:r>
        <w:br/>
        <w:t>হামাগুড়ি দিয়া সে দাওয়ার দিকে অগ্রসর হইল। দারুণ তৃষ্ণায় গলা পর্যন্ত শুকাইয়া গিয়াছে।</w:t>
      </w:r>
      <w:r>
        <w:br/>
        <w:t>-কে রইছ গো ঘরে? ওগো।</w:t>
      </w:r>
      <w:r>
        <w:br/>
        <w:t>জলে-পচা নরম মরা-ডালের মত বৃদ্ধা বাঁকিয়া-চুরিয়া দাওয়ার একধারে পড়িয়া ছিল। মানুষের</w:t>
      </w:r>
      <w:r>
        <w:br/>
        <w:t>কণ্ঠস্বর শুনিয়া কোনমতে মাথা তুলিয়া সে বলিল, কে?</w:t>
      </w:r>
      <w:r>
        <w:br/>
        <w:t>ধূলিধূসর দেহে শুষ্ক পাণ্ডুর মুখ একটি যুবতী মেয়ে বুকের ভিতর কোনো একটা বস্তু কাপড়ের</w:t>
      </w:r>
      <w:r>
        <w:br/>
        <w:t>আবরণে ঢাকিয়া বহুকষ্টে আঁকড়াইয়া ধরিয়া আছে। মেয়েটি বোধ হয় ছাতি-ফাটার মাঠ পার</w:t>
      </w:r>
      <w:r>
        <w:br/>
        <w:t>হইয়া আসিল। কণ্ঠস্বর অনুসরণ করিয়া বৃদ্ধাকে দেখিয়া মেয়েটি সভয়ে শিহরিয়া উঠিল, এক পা</w:t>
      </w:r>
      <w:r>
        <w:br/>
        <w:t>এক পা করিয়া পিছু হাঁটিতে হাঁটিতে বলিল, একটুকুন জল।</w:t>
      </w:r>
      <w:r>
        <w:br/>
        <w:t>মাটির উপর হাতের ভর দিয়া বৃদ্ধা এবার অতিকষ্টে উঠিয়া বসিল। মেয়েটির শুল্ক পাতুর</w:t>
      </w:r>
      <w:r>
        <w:br/>
        <w:t>মুখের দিকে চাহিয়া বলিল, আহা-হা বাছারে। আয়, আয়। বস।</w:t>
      </w:r>
      <w:r>
        <w:br/>
        <w:t>সভয়ে সন্তর্পণে দাওয়ার একপাশে বসিয়া মেয়েটি বলিল, একটুকুন জল দাও গো!</w:t>
      </w:r>
      <w:r>
        <w:br/>
        <w:t>মমতায় বৃদ্ধার মন গলিয়া গেল, সে তাড়াতাড়ি ঘরের ভিতর ঢুকিয়া বড় একটা ঘটি পূর্ণ করিয়া</w:t>
      </w:r>
      <w:r>
        <w:br/>
        <w:t>জল ঢালিয়া এক টুকরা পাটালির সন্ধানে হাঁড়িতে হাত পুরিয়া বলিল, আহা মা, এই রোদে ঐ</w:t>
      </w:r>
      <w:r>
        <w:br/>
        <w:t>রাজুসী মাঠে কি বলে বের হলি তুই?</w:t>
      </w:r>
      <w:r>
        <w:br/>
        <w:t>বাহিরে বসিয়া মেয়েটি তখনও হাঁপাইতেছিল, কম্পিত শুল্ক কণ্ঠে সে বলিল, আমার মায়ের</w:t>
      </w:r>
      <w:r>
        <w:br/>
        <w:t>বড় অসুখ মা। বেরিয়েছিলাম রাত থাকতে। মাঠের মাথায় এসে আমার পথ ভুল হয়ে গেল,</w:t>
      </w:r>
      <w:r>
        <w:br/>
        <w:t>মাঠের ধারে ধারে আমার পথ, কিন্তু এসে পড়লাম একেবারে মধ্যিখানে।</w:t>
      </w:r>
      <w:r>
        <w:br/>
        <w:t>জলের ঘটি ও পাটালির টুকরাটি নামাইয়া দিয়া বৃদ্ধা শিহরিয়া উঠিল-মেয়েটির পাশে একটি</w:t>
      </w:r>
      <w:r>
        <w:br/>
        <w:t>শিশু। গরম জলে সিদ্ধ শাকের মত শিশুটি ঘর্মাক্ত দেহে নেতাইয়া পড়িয়াছে। বৃদ্ধা ব্যস্ত হইয়া</w:t>
      </w:r>
      <w:r>
        <w:br/>
        <w:t>বলিল, দে, দে বাছা, ছেলেটার চোখে-মুখে জল দে!-মেয়েটি ছেলের মুখে-চোখে জল দিয়া</w:t>
      </w:r>
      <w:r>
        <w:br/>
        <w:t>আঁচল ভিজাইয়া সর্বাঙ্গ মুছিয়া দিল।</w:t>
      </w:r>
      <w:r>
        <w:br/>
      </w:r>
    </w:p>
    <w:p w14:paraId="6AB8B6D9" w14:textId="77777777" w:rsidR="001E2E86" w:rsidRDefault="00000000" w:rsidP="002D730D">
      <w:pPr>
        <w:jc w:val="both"/>
      </w:pPr>
      <w:r>
        <w:br w:type="page"/>
      </w:r>
    </w:p>
    <w:p w14:paraId="4B4BA26F" w14:textId="06E72AF1" w:rsidR="001E2E86" w:rsidRDefault="003E5190" w:rsidP="002D730D">
      <w:pPr>
        <w:jc w:val="both"/>
      </w:pPr>
      <w:r>
        <w:lastRenderedPageBreak/>
        <w:t xml:space="preserve"> </w:t>
      </w:r>
      <w:r>
        <w:br/>
      </w:r>
      <w:proofErr w:type="spellStart"/>
      <w:r>
        <w:t>বৃদ্ধা</w:t>
      </w:r>
      <w:proofErr w:type="spellEnd"/>
      <w:r>
        <w:t xml:space="preserve"> </w:t>
      </w:r>
      <w:proofErr w:type="spellStart"/>
      <w:r>
        <w:t>দূরে</w:t>
      </w:r>
      <w:proofErr w:type="spellEnd"/>
      <w:r>
        <w:t xml:space="preserve"> </w:t>
      </w:r>
      <w:proofErr w:type="spellStart"/>
      <w:r>
        <w:t>বসিয়া</w:t>
      </w:r>
      <w:proofErr w:type="spellEnd"/>
      <w:r>
        <w:t xml:space="preserve"> </w:t>
      </w:r>
      <w:proofErr w:type="spellStart"/>
      <w:r>
        <w:t>ছেলেটির</w:t>
      </w:r>
      <w:proofErr w:type="spellEnd"/>
      <w:r>
        <w:t xml:space="preserve"> দিকে তাকাইয়া রহিল; স্বাস্থ্যবতী যুবতী মায়ের প্রথম সন্তান বোধ</w:t>
      </w:r>
      <w:r>
        <w:br/>
        <w:t>হয়, হৃষ্টপুষ্ট নধর দেহ-কচি লাউডগার মত নরম, সরস। দন্তহীন মুখে কম্পিত জিহ্বার তলে</w:t>
      </w:r>
      <w:r>
        <w:br/>
        <w:t>ফোয়ারাটা যেন খুলিয়া গেল, নরম-গরম লালায় মুখটা ভরিয়া উঠিতেছে।</w:t>
      </w:r>
      <w:r>
        <w:br/>
        <w:t>এঃ, ছেলেটা কি ভীষণ ঘামিতেছে। দেহের সমস্ত জল কি বাহির হইয়া আসিতেছে। চোখ</w:t>
      </w:r>
      <w:r>
        <w:br/>
        <w:t>দুইটা লাল হইয়া উঠিয়াছে। তবে কি? কিন্তু সে তাহার কি করিবে? কেন ও তাহার সামনে</w:t>
      </w:r>
      <w:r>
        <w:br/>
        <w:t>আসিল? কেন আসিল? ঐ কোমল নধরদেহ শিশু ময়দার মত ঠাসিয়া চটকাইয়া তাহার শুষ্ক</w:t>
      </w:r>
      <w:r>
        <w:br/>
        <w:t>কঙ্কাল বুকে চাপিয়া নিঙড়াইয়া। জীর্ণ জরজর ত্বকের উপর একটা রোমাঞ্চিত শিহরণ ক্ষণে ক্ষণে</w:t>
      </w:r>
      <w:r>
        <w:br/>
        <w:t>বহিয়া যাইতেছে, সর্বাঙ্গ তাহার থরথর করিয়া কাঁপিতেছে। এ খামে ছেলেটার দেহের সমস্ত রস</w:t>
      </w:r>
      <w:r>
        <w:br/>
        <w:t>নিঙড়াইয়া বাহির হইয়া আসিতেছে, মুখের লালার মধ্যে স্পষ্ট তাহার রসাস্বাদ। যাঃ। নিতান্ত</w:t>
      </w:r>
      <w:r>
        <w:br/>
        <w:t>অসহায়ের মত আর্তস্বরে সে বলিয়া উঠিল, খেয়ে ফেললাম-ছেলেটাকে খেয়ে ফেললাম রে।</w:t>
      </w:r>
      <w:r>
        <w:br/>
        <w:t>পালা পালা, তুই ছেলে নিয়ে পালা বলছি।</w:t>
      </w:r>
      <w:r>
        <w:br/>
        <w:t>শিশুটির মা ঐ যুবতী মেয়েটি দুই হাতে ঘটি তুলিয়া ঢকঢক করিয়া জল খাইতেছিল-তাহার</w:t>
      </w:r>
      <w:r>
        <w:br/>
        <w:t>হাত হইতে ঘটিটা খসিয়া পড়িয়া গেল, সে আতঙ্কিত বিবর্ণ মুখে বৃদ্ধার বিস্ফারিত-দৃষ্টি ক্ষুদ্র</w:t>
      </w:r>
      <w:r>
        <w:br/>
        <w:t>চোখের দিকে চাহিয়া বলিয়া উঠিল, এটা তবে রামনগর? তুমি সেই</w:t>
      </w:r>
      <w:proofErr w:type="gramStart"/>
      <w:r>
        <w:t>-?-</w:t>
      </w:r>
      <w:proofErr w:type="gramEnd"/>
      <w:r>
        <w:t>সে ডুকরিয়া কাঁদিয়া</w:t>
      </w:r>
      <w:r>
        <w:br/>
        <w:t>উঠিয়া ছেলেটিকে ছোঁ মারিয়া কুড়াইয়া লইয়া যেন পক্ষিণীর মত ছুটিয়া পলাইয়া গেল।</w:t>
      </w:r>
      <w:r>
        <w:br/>
        <w:t>কিন্তু সে কি করিবে? আপনার বুকখানাকে তাহার নিজের জীর্ণ আঙুলের নখ দিয়া চিরিয়া</w:t>
      </w:r>
      <w:r>
        <w:br/>
        <w:t>ঐ লোভটাকে বাহির করিয়া দিতে ইচ্ছা করে। জিভটাকে কাটিয়া ফেলিতে পারিলে সে পরিত্রাণ</w:t>
      </w:r>
      <w:r>
        <w:br/>
        <w:t>পায়। ছি ছি ছি! কাল সে গ্রামের পথে বাহির হইবে কোন্ মুখে? লোকে কেহ কিছু বলিতে</w:t>
      </w:r>
      <w:r>
        <w:br/>
        <w:t>সাহস করিবে না, সে তাহা জানে; কিন্তু তাহাদের মুখে চোখে যে কথা ফুটিয়া উঠিবে তাহা সে</w:t>
      </w:r>
      <w:r>
        <w:br/>
        <w:t>চোখে দেখিবে কি করিয়া? ছেলেমেয়েরা এমনিই তাহাকে দেখিলে পলাইয়া যায়, কেহ কেহ</w:t>
      </w:r>
      <w:r>
        <w:br/>
        <w:t>কাঁদিয়াও উঠে; আজিকার ঘটনার পব তাহারা বোধ হয় আতঙ্কে জ্ঞান হারাইয়া পড়িয়া যাইবে।</w:t>
      </w:r>
      <w:r>
        <w:br/>
        <w:t>ছিছিছি।</w:t>
      </w:r>
      <w:r>
        <w:br/>
        <w:t>এই লজ্জায় একদা সে গভীর রাত্রে আপনার গ্রাম ছাড়িয়া পলাইয়াছিল, সেদিনের কথা স্পষ্ট</w:t>
      </w:r>
      <w:r>
        <w:br/>
        <w:t>মনে আছে, তখন সে তো অনেকটা ডাগর হইয়াছে। তাহারই বয়সী তাহাদেরই স্বজাতীয়া</w:t>
      </w:r>
      <w:r>
        <w:br/>
        <w:t>সাবিত্রীর পূর্বদিন রাত্রে খোকা হইয়াছে। সকালেই সে দেখিতে গিয়াছিল। সাবিত্রী তখন</w:t>
      </w:r>
      <w:r>
        <w:br/>
        <w:t>ছেলেটিকে লইয়া বাহিরে রৌদ্রে আসিয়া বসিয়া গায়ে রোদ লইতেছে। ছেলেটি শুইয়া ছিল কাঁথার</w:t>
      </w:r>
      <w:r>
        <w:br/>
        <w:t>উপর। কালো চকচকে কি সুন্দর ছেলেটি।</w:t>
      </w:r>
      <w:r>
        <w:br/>
        <w:t>ঠিক এমনি ভাবেই, ঠিক আজিকার মতই সেদিনও তাহার মনে হইয়াছিল, ছেলেটিকে</w:t>
      </w:r>
      <w:r>
        <w:br/>
        <w:t>লইয়া আপনার বুকে চাপিয়া নরম ময়দার তালের মত ঠাসিয়া, ঠোঁট দিয়া চুমায় চুমায় চুষিয়া</w:t>
      </w:r>
      <w:r>
        <w:br/>
        <w:t>তাহাকে খাইয়া ফেলে। তখন সে বুঝিতে পারিত না, মনে হইত, এ বুঝি কোলে লইয়া আদর</w:t>
      </w:r>
      <w:r>
        <w:br/>
        <w:t>করিবার সাধ।</w:t>
      </w:r>
      <w:r>
        <w:br/>
        <w:t>সাবিত্রীর শাশুড়ী হাঁ-হাঁ করিয়া ছুটিয়া আসিয়া সাবিত্রীকে তিরস্কার করিয়াছিল, বলি ওলো,</w:t>
      </w:r>
      <w:r>
        <w:br/>
        <w:t>আক্কেলধাগী হারামজাদী, খুব যে ভাবীসাবীর সঙ্গে মস্করা জুড়েছিস! আমার বাছার যদি কিছু</w:t>
      </w:r>
      <w:r>
        <w:br/>
      </w:r>
      <w:r>
        <w:br/>
      </w:r>
    </w:p>
    <w:p w14:paraId="2FA362FA" w14:textId="77777777" w:rsidR="001E2E86" w:rsidRDefault="00000000" w:rsidP="002D730D">
      <w:pPr>
        <w:jc w:val="both"/>
      </w:pPr>
      <w:r>
        <w:br w:type="page"/>
      </w:r>
    </w:p>
    <w:p w14:paraId="2A18E4D1" w14:textId="6D6717BF" w:rsidR="001E2E86" w:rsidRDefault="00000000" w:rsidP="002D730D">
      <w:pPr>
        <w:jc w:val="both"/>
      </w:pPr>
      <w:r>
        <w:lastRenderedPageBreak/>
        <w:br/>
        <w:t>হয়, তবে তোকে বুঝব আমি-হ্যা।</w:t>
      </w:r>
      <w:r>
        <w:br/>
        <w:t>তারাশঙ্কর-রচনাবলী</w:t>
      </w:r>
      <w:r>
        <w:br/>
        <w:t>তারপর বাহিরের দিকে আঙুল বাড়াইয়া তাহাকে বলিয়াছিল, বেরো বলছি, বেরো।</w:t>
      </w:r>
      <w:r>
        <w:br/>
        <w:t>হারামজাদীর চোখ দেখ দেখি।</w:t>
      </w:r>
      <w:r>
        <w:br/>
        <w:t>সাবিত্রী ছেলেটিকে তাড়াতাড়ি বুকে ঢাকিয়া দুর্বল শরীরে থরথর করিয়া কাঁপিতে কাঁপিতে</w:t>
      </w:r>
      <w:r>
        <w:br/>
        <w:t>ঘরের মধ্যে পলাইয়া গিয়াছিল। মর্মান্তিক দুঃখে আহত হইয়া সে চলিয়া আসিয়াছিল। বার বার</w:t>
      </w:r>
      <w:r>
        <w:br/>
        <w:t>সে মনে মনে বলিয়াছিল-ছি ছি! তাই নাকি সে পারে? হইলই বা সে ডাইনী, কিন্তু তাই</w:t>
      </w:r>
      <w:r>
        <w:br/>
        <w:t>বলিয়া কি সে সাবিত্রীর ছেলের অনিষ্ট করিতে পারে? ছি ছি। ভগবানকে ডাকিয়া সে</w:t>
      </w:r>
      <w:r>
        <w:br/>
        <w:t>বলিয়াছিল-তুমি ইহার বিচার করিবে। একশ বৎসর পরমায়ু দিও তুমি সাবিত্রীর খোকাকে,</w:t>
      </w:r>
      <w:r>
        <w:br/>
        <w:t>দয়া করিয়া প্রমাণ করিয়া দিও, সাবিত্রীর খোকাকে আমি কত ভালোবাসি।</w:t>
      </w:r>
      <w:r>
        <w:br/>
        <w:t>কিন্তু অপরাহ্লবেলা হইতে-না-হইতেই তাহার অত্যুগ্র বিষময়ী দৃষ্টিক্ষুধার কলঙ্ক অতি নিষ্ঠুর-</w:t>
      </w:r>
      <w:r>
        <w:br/>
        <w:t>ভাবে সত্য বলিয়া প্রমাণিত হইয়া গিয়াছিল।</w:t>
      </w:r>
      <w:r>
        <w:br/>
        <w:t>সাবিত্রীর ছেলেটি নাকি ধনুকের মত বাঁকিয়া গিয়াছে আর এমনভাবে কাতরাইতেছে যে,</w:t>
      </w:r>
      <w:r>
        <w:br/>
        <w:t>ঠিক যেন কেহ তাহার রক্ত চুষিয়া লইতেছে।</w:t>
      </w:r>
      <w:r>
        <w:br/>
        <w:t>লজ্জায় সে পলাইয়া গিয়া গ্রামের শ্মশানের জঙ্গলের মধ্যে সন্তর্পণে আত্মগোপন করিয়া</w:t>
      </w:r>
      <w:r>
        <w:br/>
        <w:t>বসিয়াছিল। বার বার মুখের থুথু মাটিতে ফেলিয়া দেখিতে চাহিয়াছিল-কোথায় রক্ত। গলায়</w:t>
      </w:r>
      <w:r>
        <w:br/>
        <w:t>আঙুল দিয়া বমি করিয়াও দেখিতে চাহিয়াছিল, বুঝিতে চাহিয়াছিল। প্রথম বারদুয়েক বুঝিতে</w:t>
      </w:r>
      <w:r>
        <w:br/>
        <w:t>পারে নাই; কিন্তু তাহার পরই কুটি কুটি রক্তের ছিটা-শেষকালে একেবারে খানিকটা তাজা</w:t>
      </w:r>
      <w:r>
        <w:br/>
        <w:t>রক্ত উঠিয়া আসিয়াছিল। সেই দিন সে নিঃসন্দেহে বুঝিতে পারিয়াছে আপনার অপার নিষ্ঠুর</w:t>
      </w:r>
      <w:r>
        <w:br/>
        <w:t>শক্তির কথা।</w:t>
      </w:r>
      <w:r>
        <w:br/>
        <w:t>গভীর রাত্রে-সেদিন বোধ হয় চতুর্দশীই ছিল, হ্যা চতুর্দশীই তো-বাকুলের তারাদেবীতলায়</w:t>
      </w:r>
      <w:r>
        <w:br/>
        <w:t>পূজার ঢাক বাজিতেছিল। জাগ্রত মা তারাদেবী; পূর্ণিমার আগের প্রতি চতুর্দশীতে মায়ের</w:t>
      </w:r>
      <w:r>
        <w:br/>
        <w:t>পূজা হয়, বলিদান হয়। কিন্তু মা-তারাও তাহাকে দয়া করেন নাই। কতবার সে মানত</w:t>
      </w:r>
      <w:r>
        <w:br/>
        <w:t>করিয়াছে-মা, আমাকে ডাইনী হইতে মানুষ করিয়া দাও, আমি তোমাকে বুক চিরিয়া রক্ত দেব।</w:t>
      </w:r>
      <w:r>
        <w:br/>
        <w:t>-কিন্তু মা মুখ তুলিয়া চাহেন নাই।</w:t>
      </w:r>
      <w:r>
        <w:br/>
        <w:t>একটা দীর্ঘনিশ্বাস ফেলিয়া বৃদ্ধার মন দুঃখে-হতাশায় উদাস হইয়া গেল। মনের সকল কথা</w:t>
      </w:r>
      <w:r>
        <w:br/>
        <w:t>ছিন্নসূত্র ঘুড়ির মত শিথিলভাবে দোল খাইতে খাইতে ভাসিয়া কোন্ নিরুদ্দেশলোকে হারাইয়া</w:t>
      </w:r>
      <w:r>
        <w:br/>
        <w:t>যাইতেছে। ক্ষুদ্র ক্ষুদ্র চোখের পিঙ্গল তারায় অর্থহীন দৃষ্টি জাগিয়া উঠিল। সে সেই দৃষ্টি মেলিয়া</w:t>
      </w:r>
      <w:r>
        <w:br/>
        <w:t>ছাতি-ফাটার মাঠের দিকে চাহিয়া বসিয়া রহিল। ছাতি-ফাটার মাঠ ধুলায় ধূসর, বাতাস স্তন্ধ;</w:t>
      </w:r>
      <w:r>
        <w:br/>
        <w:t>ধূসর ধূলায় গাঢ় নিস্তরঙ্গ আস্তরণের মধ্যে সমস্ত যেন বিলুপ্ত হইয়া গিয়াছে।</w:t>
      </w:r>
      <w:r>
        <w:br/>
        <w:t>ঐ অপরিচিতা পথচারিণী মেয়েটির ছেলেটা এ গ্রাম হইতে খান দুই গ্রাম পার হইয়া পথেই</w:t>
      </w:r>
      <w:r>
        <w:br/>
        <w:t>মরিয়া গিয়াছে। যে ঘাম সে ঘামিতে আরম্ভ করিয়াছিল, সে ঘাম আর থামে নাই। দেহের</w:t>
      </w:r>
      <w:r>
        <w:br/>
        <w:t>সমস্ত রস নিঙড়াইয়া কে যেন বাহির করিয়া দিল! কে আবার? ঐ সর্বনাশী। মেয়েটি বুক</w:t>
      </w:r>
      <w:r>
        <w:br/>
        <w:t>চাপড়াইতে চাপড়াইতে বলিয়াছে, কেন গেলাম গো-আমি ঐ ডাইনীর কাছে কেন গেলাম</w:t>
      </w:r>
      <w:r>
        <w:br/>
      </w:r>
    </w:p>
    <w:p w14:paraId="180EF128" w14:textId="77777777" w:rsidR="001E2E86" w:rsidRDefault="00000000" w:rsidP="002D730D">
      <w:pPr>
        <w:jc w:val="both"/>
      </w:pPr>
      <w:r>
        <w:br w:type="page"/>
      </w:r>
    </w:p>
    <w:p w14:paraId="10464D19" w14:textId="2706DD12" w:rsidR="001E2E86" w:rsidRDefault="00000000" w:rsidP="002D730D">
      <w:pPr>
        <w:jc w:val="both"/>
      </w:pPr>
      <w:r>
        <w:lastRenderedPageBreak/>
        <w:br/>
        <w:t>গো। আমি কি করলাম গো।</w:t>
      </w:r>
      <w:r>
        <w:br/>
        <w:t>লোক শিহরিয়া উঠিল, তাহার মৃত্যু-কামনা করিল। একবার জনকয়েক জোয়ান ছেলে</w:t>
      </w:r>
      <w:r>
        <w:br/>
        <w:t>তাহাকে শাস্তি দিবার জন্য ঝরনাটার কাছে আসিয়াও জুটিল। বৃদ্ধা ডাইনী ক্রোধে সাপিনীর</w:t>
      </w:r>
      <w:r>
        <w:br/>
        <w:t>মত ফুসিয়া উঠিল-সে তাহার কি করিবে? সে আসিল কেন? তাহার চোখের সম্মুখে এমন</w:t>
      </w:r>
      <w:r>
        <w:br/>
        <w:t>সরল লাবণ্যকোমল দেহ ধরিল কেন? অকস্মাৎ অত্যন্ত ক্রোধে সে একসময় চিলের মত চীৎকার</w:t>
      </w:r>
      <w:r>
        <w:br/>
        <w:t>করিয়া উঠিল তীব্র তীক্ষ্ণ স্বরে। সেই চীৎকার শুনিয়া তাহারা পলাইয়া গেল। কিন্তু সে এখনও</w:t>
      </w:r>
      <w:r>
        <w:br/>
        <w:t>ক্রুদ্ধা অজগরীর মত ফুসিতেছে, তাহার অন্তরের বিষ সে যেন উদগার করিতেছে, আবার নিজেই</w:t>
      </w:r>
      <w:r>
        <w:br/>
        <w:t>গিলিতেছে। কখনও তাহার হি-হি করিয়া হাসিতে ইচ্ছা হইতেছে, কখনও বা ক্রুদ্ধ চীৎকারে ঐ</w:t>
      </w:r>
      <w:r>
        <w:br/>
        <w:t>ছাতি-ফাটার মাঠটা কাঁপাইয়া তুলিবার ইচ্ছা জাগিয়া উঠিতেছে, কখনও বা ইচ্ছা হইতেছে-বুক</w:t>
      </w:r>
      <w:r>
        <w:br/>
        <w:t>চাপড়াইয়া মাথার চুল ছিঁড়িয়া পৃথিবী ফাটাইয়া হা-হা করিয়া সে কাঁদে। ক্ষুধাবোধ আজ বিলুপ্ত</w:t>
      </w:r>
      <w:r>
        <w:br/>
        <w:t>হইয়া গিয়াছে, রান্নাবান্নারও আজ দরকার নাই। এঃ, সে আজ একটা গোটা শিশু-দেহের রস</w:t>
      </w:r>
      <w:r>
        <w:br/>
        <w:t>অদৃশ্য-শোষণে পান করিয়াছে!</w:t>
      </w:r>
      <w:r>
        <w:br/>
        <w:t>ঝির ঝির করিয়া বাতাস বহিতেছিল। শুক্লা নবমীর চাঁদের জ্যোৎস্নায় ছাতি-ফাটার মাঠ</w:t>
      </w:r>
      <w:r>
        <w:br/>
        <w:t>একখানা সাদা ফরাশের মত পড়িয়া আছে। কোথায় একটা পাখী অশ্রান্তভাবে ডাকিয়া চলিয়াছে</w:t>
      </w:r>
      <w:r>
        <w:br/>
        <w:t>-চোখ গে-ল। চোখ গেল। আমগাছগুলির মধ্যে ঝিঁঝিপোকা ডাকিতেছে। ঘরের পিছনের</w:t>
      </w:r>
      <w:r>
        <w:br/>
        <w:t>ঝরনার ধারে দুইটা লোক যেন মৃদুগুঞ্জনে কথা কহিতেছে। আবার সেই ছেলেগুলা তাহার</w:t>
      </w:r>
      <w:r>
        <w:br/>
        <w:t>কোনো অনিষ্ট করিতে আসিয়াছে নাকি? অতি সন্তপিত মৃদু পদক্ষেপে বৃদ্ধা ঘরের কোণে</w:t>
      </w:r>
      <w:r>
        <w:br/>
        <w:t>আসিয়া উঁকি মারিয়া দেখিল। না, তাহারা নয়। এ বাউরীদের সেই স্বামী-পরিত্যক্তা উচ্ছলা</w:t>
      </w:r>
      <w:r>
        <w:br/>
        <w:t>মেয়েটা আর তাহারই প্রণয়মুগ্ধ বাউরী ছেলেটা।</w:t>
      </w:r>
      <w:r>
        <w:br/>
        <w:t>মেয়েটা বলিতেছে, না, কে আবার আসবে এখুনি, আমি ঘর যাব।</w:t>
      </w:r>
      <w:r>
        <w:br/>
        <w:t>ছেলেটা বলিল, হেঁ। এখানে আসছে নোকে; দিনেই কেউ আসে না, তা রাতে।</w:t>
      </w:r>
      <w:r>
        <w:br/>
        <w:t>-তা হোক। তোর বাবা যখন আমার সাথে তোর সাঙা দেবে না, তখন তোর সাথে</w:t>
      </w:r>
      <w:r>
        <w:br/>
        <w:t>এখানে কেনে থাকব আমি?</w:t>
      </w:r>
      <w:r>
        <w:br/>
        <w:t>ছিছিছি। কি লজ্জা গো। কোথায় যাইকে সে। যদি তাই গোপনে দুইজনে দেখা</w:t>
      </w:r>
      <w:r>
        <w:br/>
        <w:t>করিতে আসিয়াছে, তবে মারতে ওখানে কেন? তাহার এই বাড়িতে আসিল না কেন? তাহার</w:t>
      </w:r>
      <w:r>
        <w:br/>
        <w:t xml:space="preserve">মত বৃদ্ধাকে আবার লজ্জা কি? কি বলিতেছে </w:t>
      </w:r>
      <w:proofErr w:type="gramStart"/>
      <w:r>
        <w:t>ছেলেটা?-</w:t>
      </w:r>
      <w:proofErr w:type="gramEnd"/>
      <w:r>
        <w:t>বাবা-মা বিয়ে না দেয়, চল, তোতে</w:t>
      </w:r>
      <w:r>
        <w:br/>
        <w:t>আমাতে ভিনগাঁয়ে গিয়ে বিয়ে করে সংসার পাতব। তোকে নইলে আমি বাঁচব না।</w:t>
      </w:r>
      <w:r>
        <w:br/>
        <w:t>আ মরণ ছেলেটির পছন্দের। ঐ কুপোর মত মেয়েটাকে উহার এত ভালো লাগিল। তাহার</w:t>
      </w:r>
      <w:r>
        <w:br/>
        <w:t>মনে পড়িয়া গেল, তাহাদের গ্রাম হইতে দশ ক্রোশ দূরের বোলপুর শহরের পানওয়ালার</w:t>
      </w:r>
      <w:r>
        <w:br/>
        <w:t>দোকানের সেই বড় আয়নাটা। আয়নাটার মধ্যে লম্বা ছিপছিপে চৌদ্দ-পনেরো বছরের একটি</w:t>
      </w:r>
      <w:r>
        <w:br/>
        <w:t>মেয়ের ছবি। একমাথা রুক্ষ চুল, ছোট কপাল, টিকালো নাক, পাতলা ঠোঁট। চোখ দুটি</w:t>
      </w:r>
      <w:r>
        <w:br/>
        <w:t>ছোট, তারা দুটি খয়রা রঙের। কিন্তু সে চোখের বাহার ছিল বৈকি। আয়নার দিকে তাকাইয়া</w:t>
      </w:r>
      <w:r>
        <w:br/>
      </w:r>
    </w:p>
    <w:p w14:paraId="74086915" w14:textId="77777777" w:rsidR="001E2E86" w:rsidRDefault="00000000" w:rsidP="002D730D">
      <w:pPr>
        <w:jc w:val="both"/>
      </w:pPr>
      <w:r>
        <w:br w:type="page"/>
      </w:r>
    </w:p>
    <w:p w14:paraId="01B442E5" w14:textId="4D5BB78E" w:rsidR="001E2E86" w:rsidRDefault="00000000" w:rsidP="002D730D">
      <w:pPr>
        <w:jc w:val="both"/>
      </w:pPr>
      <w:r>
        <w:lastRenderedPageBreak/>
        <w:br/>
        <w:t>সে নিজের ছবিই দেখিতেছিল। তখন আয়না তো তাহার ছিল না, আয়নাতে আপনার ছবি</w:t>
      </w:r>
      <w:r>
        <w:br/>
        <w:t>সে কখনও কোনোদিন দেখে নাই। -আরে, তুই আবার কে রে? কোথা থেকে এলি?</w:t>
      </w:r>
      <w:r>
        <w:br/>
        <w:t>-লম্বা-চওড়া এক জোয়ান পুরুষ তাহাকে প্রশ্ন করিয়াছিল। আগের দিন সন্ধ্যায় সে সবে</w:t>
      </w:r>
      <w:r>
        <w:br/>
        <w:t>বোলপুর আসিয়াছে। সাবিত্রীর ছেলেটাকে খাইয়া ফেলিয়া সেই চতুর্দশীর রাত্রেই গ্রাম ছাড়িয়া</w:t>
      </w:r>
      <w:r>
        <w:br/>
        <w:t>বোলপুরে আসিয়া আশ্রয় লইয়াছিল। লোকটাকে দেখিয়া তাহার খারাপ লাগে নাই, কিন্তু</w:t>
      </w:r>
      <w:r>
        <w:br/>
        <w:t>তাহার কথার ঢঙটা বড় খারাপ লাগিয়াছিল। সে নিষ্পলক দৃষ্টিতে তাহার দিকে চাহিয়া</w:t>
      </w:r>
      <w:r>
        <w:br/>
        <w:t>বলিয়াছিল, কেনে, যেথা থেকে আসি না কেনে, তোমার কি?</w:t>
      </w:r>
      <w:r>
        <w:br/>
        <w:t>-আমার কি? এক কিলে তোকে মাটির ভেতর বসিয়ে দেব। দেখেছিস কিল?</w:t>
      </w:r>
      <w:r>
        <w:br/>
        <w:t>ক্রুদ্ধ হইয়া দাঁতে দাঁত চাপিয়া সে ঐ লোকটির দেহের রক্ত শোষণ করিবার কামনা</w:t>
      </w:r>
      <w:r>
        <w:br/>
        <w:t>করিয়াছিল। কালো পাথরের মত নিটোল শরীর। জিভের নীচে ফোয়ারা হইতে জল ছুটিয়া-</w:t>
      </w:r>
      <w:r>
        <w:br/>
        <w:t>ছিল। কোনো উত্তর না দিয়া তীব্র তির্যক ভঙ্গিতে লোকটার দিকে চাহিতে চাহিতে সে চলিয়া</w:t>
      </w:r>
      <w:r>
        <w:br/>
        <w:t>আসিয়াছিল।</w:t>
      </w:r>
      <w:r>
        <w:br/>
        <w:t>সেদিন সূর্য উঠিবার সঙ্গে সঙ্গেই পূর্বদিকে চুনে-হলুদে এঙের প্রকাণ্ড খালার মত নিটোল</w:t>
      </w:r>
      <w:r>
        <w:br/>
        <w:t>গোল চাঁদ উঠিতেছিল; বোলপুরের একেবারে শেষে রেল-লাইনের ধারে বড় পুকুরটার বাঁধা</w:t>
      </w:r>
      <w:r>
        <w:br/>
        <w:t>ঘাটে বসিয়া আঁচল হইতে মুড়ি খাইতে খাইতে সে ঐ চাঁদের দিকে চাহিয়া বসিয়া ছিল। চাঁদের</w:t>
      </w:r>
      <w:r>
        <w:br/>
        <w:t>আলো তখনও দুধবরণ হইয়া উঠে নাই। খোলাটে আবছা আলোয় চারিদিক ঝাপসা দেখাইতে-</w:t>
      </w:r>
      <w:r>
        <w:br/>
        <w:t>ছিল। সহসা কে আসিয়া তাহার সম্মুখে দাঁড়াইতেই সে চমকিয়া উঠিল। সেই লোকটা।</w:t>
      </w:r>
      <w:r>
        <w:br/>
        <w:t>সে হি হি করিয়া হাসিয়া বলিয়াছিল-আজও বেশ মনে আছে-হাসির সঙ্গে সঙ্গে তাহার গালে</w:t>
      </w:r>
      <w:r>
        <w:br/>
        <w:t>দুইটা টোল খাইয়াছিল-হাসিলে তাহার গালে টোল খাইত-সে বলিয়াছিল, কথার জবাব না</w:t>
      </w:r>
      <w:r>
        <w:br/>
        <w:t>দিয়ে পালিয়ে এলি যে?</w:t>
      </w:r>
      <w:r>
        <w:br/>
        <w:t>সে বলিয়াছিল, এই দেখ, তুমি যাও বলছি, নইলে আমি চেঁচাব।</w:t>
      </w:r>
      <w:r>
        <w:br/>
        <w:t>-চেঁচাবি? দেখছিস পুকুরের পাঁক, টু'টি টিপে তোকে পুঁতে দোব ঐ পাঁকে।</w:t>
      </w:r>
      <w:r>
        <w:br/>
        <w:t>তাহার ভয় হইয়াছিল, সে ফ্যালফ্যাল করিয়া তাহার মুখের দিকে চাহিয়া বসিয়া ছিল,</w:t>
      </w:r>
      <w:r>
        <w:br/>
        <w:t>লোকটা অকস্মাৎ মাটির উপর ভীষণ জোরে পা ঠুকিয়া চীৎকার করিয়া একটা ধমক দিয়া</w:t>
      </w:r>
      <w:r>
        <w:br/>
        <w:t>উঠিয়াছিল, ধে-ৎ!</w:t>
      </w:r>
      <w:r>
        <w:br/>
        <w:t>সে আঁতকাইয়া উঠিয়াছিল- আঁচল-ধরা হাতের মুঠিটা খসিয়া গিয়া মুড়িগুলি ঝরঝর করিয়া</w:t>
      </w:r>
      <w:r>
        <w:br/>
        <w:t>পড়িয়া গিয়াছিল। লোকটার হি-হি করিয়া সে কি হাসি! সে একেবারে কাঁদিয়া ফেলিয়াছিল।</w:t>
      </w:r>
      <w:r>
        <w:br/>
        <w:t>লোকটা অপ্রস্তুত হইয়া বলিয়াছিল, দূর-রো, ফ্যাচকাঁদুনে মেয়ে কোথাকার। ভাগ।</w:t>
      </w:r>
      <w:r>
        <w:br/>
        <w:t>তাহার কণ্ঠস্বরে স্পষ্ট স্নেহের আভাস ফুটিয়া উঠিয়াছিল।</w:t>
      </w:r>
      <w:r>
        <w:br/>
        <w:t>সে কাঁদিতে কাঁদিতেই বলিয়াছিল, তুমি মারবা নাকি?</w:t>
      </w:r>
      <w:r>
        <w:br/>
        <w:t>-না, না, মারব কেনে? তোকে শুধালাম-কুথায় বাড়ি তোর, তু একেবারে খ্যাক</w:t>
      </w:r>
      <w:r>
        <w:br/>
        <w:t>করে উঠলি। তাথেই বলি-</w:t>
      </w:r>
      <w:r>
        <w:br/>
        <w:t>বলিয়া আবার সে হি-হি করিয়া হাসিতে লাগিল।</w:t>
      </w:r>
      <w:r>
        <w:br/>
      </w:r>
    </w:p>
    <w:p w14:paraId="7B76ECD5" w14:textId="77777777" w:rsidR="001E2E86" w:rsidRDefault="00000000" w:rsidP="002D730D">
      <w:pPr>
        <w:jc w:val="both"/>
      </w:pPr>
      <w:r>
        <w:br w:type="page"/>
      </w:r>
    </w:p>
    <w:p w14:paraId="1C689694" w14:textId="065E128E" w:rsidR="001E2E86" w:rsidRDefault="00000000" w:rsidP="002D730D">
      <w:pPr>
        <w:jc w:val="both"/>
      </w:pPr>
      <w:r>
        <w:lastRenderedPageBreak/>
        <w:br/>
        <w:t>-আমার বাড়ি অ্যানেক ধুর, পাথরঘাটা।</w:t>
      </w:r>
      <w:r>
        <w:br/>
        <w:t>-কি নাম বটে তোর? কি জাত?</w:t>
      </w:r>
      <w:r>
        <w:br/>
        <w:t>-নাম বটে আমার সোরধনি, লোকে ডাকে সরা বলে। আমরা ডোম বটে।</w:t>
      </w:r>
      <w:r>
        <w:br/>
      </w:r>
      <w:r>
        <w:br/>
        <w:t>লোকটা খুব খুশী হইয়া বলিয়াছিল, আমরাও ডোম। -তা ঘর থেকে পালিয়ে এলি কেনে?</w:t>
      </w:r>
      <w:r>
        <w:br/>
        <w:t>তাহার চোখে আবার জল আসিয়াছিল, সে চুপ করিয়া ভাবিতেছিল, কি বলিবে?</w:t>
      </w:r>
      <w:r>
        <w:br/>
        <w:t>-রাগ করে পালিয়ে এসেছিস বুঝি?</w:t>
      </w:r>
      <w:r>
        <w:br/>
        <w:t>-না।</w:t>
      </w:r>
      <w:r>
        <w:br/>
        <w:t>-তবে?</w:t>
      </w:r>
      <w:r>
        <w:br/>
        <w:t>-আমার মা-বাবা কেউ নাই কিনা? কে খেতে পরতে দিবে? তাই খেটে খেতে এসেছি</w:t>
      </w:r>
      <w:r>
        <w:br/>
        <w:t>হেথাকে।</w:t>
      </w:r>
      <w:r>
        <w:br/>
        <w:t>-বিয়ে করিস নাই কেনে-বিয়ে?</w:t>
      </w:r>
      <w:r>
        <w:br/>
        <w:t>সে অবাক হইয়া লোকটার মুখের দিকে চাহিয়া ছিল। তাহাকে তাহার মত ডাইনীকে</w:t>
      </w:r>
      <w:r>
        <w:br/>
        <w:t>-কে বিবাহ করিবে? সে শিহরিয়া উঠিয়াছিল। তারপর হঠাৎ সে কেমন লজ্জায় অভিভূত</w:t>
      </w:r>
      <w:r>
        <w:br/>
        <w:t>হইয়া পড়িয়াছিল।</w:t>
      </w:r>
      <w:r>
        <w:br/>
        <w:t>বৃদ্ধা আজও অকারণে নতশিরে মাটির উপর ক্রমাগত হাত বুলাইয়া ধূলা-কাঁকর জড়ো করিতে</w:t>
      </w:r>
      <w:r>
        <w:br/>
        <w:t>আরম্ভ করিল। সকল কথার সূত্র যেন হারাইয়া গিয়াছে, মালা গাঁথিতে গাঁথিতে হঠাৎ সূতা</w:t>
      </w:r>
      <w:r>
        <w:br/>
        <w:t>হইতে সূচটা পড়িয়া গেল।</w:t>
      </w:r>
      <w:r>
        <w:br/>
        <w:t>আঃ, কি মশা। মৌমাছির ঢাক ভাঙ্গিলে যেমন মাছিগুলা মানুষকে ছাঁকিয়া ধরে,</w:t>
      </w:r>
      <w:r>
        <w:br/>
        <w:t>তেমনই করিয়া সর্বাঙ্গে ছাঁকিয়া ধরিয়াছে। কই? মেয়েটা আর ছেলেটার কথাবার্তা তো</w:t>
      </w:r>
      <w:r>
        <w:br/>
        <w:t>আর শোনা যায় না! চলিয়া গিয়াছে। সন্তর্পণে ঘরের দেওয়াল ধরিয়া ধরিয়া বৃদ্ধা আসিয়া</w:t>
      </w:r>
      <w:r>
        <w:br/>
        <w:t>দাওয়ার উপর বসিল। কাল আবার উহারা নিশ্চয় আসিবে। তাহার ঘরের পাশাপাশি</w:t>
      </w:r>
      <w:r>
        <w:br/>
        <w:t>জায়গার মত আর নিরিবিলি জায়গা কোথায়? এ ঢাকলার কেহ আসিতে সাহস করিবে না।</w:t>
      </w:r>
      <w:r>
        <w:br/>
        <w:t>তবে উহারা ঠিক আসিবে। ভালোবাসায় কি ভয় আছে!</w:t>
      </w:r>
      <w:r>
        <w:br/>
        <w:t>অকস্মাৎ তাহার মনটা কিলবিল করিয়া উঠিল। আচ্ছা, ঐ ছোঁড়াটাকে সে খাইবে? শক্ত-</w:t>
      </w:r>
      <w:r>
        <w:br/>
        <w:t>সমর্থ জোয়ান শরীর!</w:t>
      </w:r>
      <w:r>
        <w:br/>
        <w:t>সঙ্গে সঙ্গে শিহরিয়া উঠিয়া বার বার সে ঘাড় নাড়িয়া অস্বীকার করিয়া উঠিল, না, না।</w:t>
      </w:r>
      <w:r>
        <w:br/>
        <w:t>কয়েক মুহূর্ত পরে সে আপন মনে দুলিতে আরম্ভ করিল, তাহার পর উঠিয়া উঠানে ক্রমাগত</w:t>
      </w:r>
      <w:r>
        <w:br/>
        <w:t>ঘুরিয়া বেড়াইতে শুরু করিয়া দিল। সে বাট বহিতেছে! আজ যে সে একটা শিশুকে খাইয়া</w:t>
      </w:r>
      <w:r>
        <w:br/>
        <w:t>ফেলিয়াছে, আজ তো ঘুমাইবার তাহার উপায় নাই। ইচ্ছা হয়, এই ছাতিফাটার মাঠটা পার</w:t>
      </w:r>
      <w:r>
        <w:br/>
        <w:t>হইয়া অনেক দূর চলিয়া যায়। লোকে বলে, সে গাছ চালাইতে জানে। জানিলে কিন্তু ভালো</w:t>
      </w:r>
      <w:r>
        <w:br/>
        <w:t>হইত। গাছের উপর বসিয়া আকাশ মেঘ চিরিয়া হু-হু করিয়া যেখানে ইচ্ছা চলিয়া যাইত।</w:t>
      </w:r>
      <w:r>
        <w:br/>
        <w:t>কিন্তু ঐ মেয়েটা আর ছেলেটার কথাগুলো শোনা হইত না। উহারা ঠিক কাল আবার আসিবে।</w:t>
      </w:r>
      <w:r>
        <w:br/>
        <w:t>হি হি হি। ঠিক আসিয়াছে। ছোঁড়াটা চুপ করিয়া বসিয়া আছে, ঘন ঘন ঘাড় ফিরাইয়া</w:t>
      </w:r>
      <w:r>
        <w:br/>
      </w:r>
    </w:p>
    <w:p w14:paraId="7365653C" w14:textId="77777777" w:rsidR="001E2E86" w:rsidRDefault="00000000" w:rsidP="002D730D">
      <w:pPr>
        <w:jc w:val="both"/>
      </w:pPr>
      <w:r>
        <w:br w:type="page"/>
      </w:r>
    </w:p>
    <w:p w14:paraId="13E994DA" w14:textId="0605B70C" w:rsidR="001E2E86" w:rsidRDefault="00000000" w:rsidP="002D730D">
      <w:pPr>
        <w:jc w:val="both"/>
      </w:pPr>
      <w:r>
        <w:lastRenderedPageBreak/>
        <w:br/>
        <w:t>পথের দিকে চাহিতেছে। আসিবে রে, সে আসিবে।</w:t>
      </w:r>
      <w:r>
        <w:br/>
        <w:t>তাহার নিজের কথাই তো বেশ মনে আছে। সারাদিন ঘুরিয়া ফিরিয়া সন্ধ্যাবেলায় সেই</w:t>
      </w:r>
      <w:r>
        <w:br/>
        <w:t>জোয়ানটা ঠিক পুকুরের ঘাটে আসিয়াছিল। তাহার আগেই আসিয়া বসিয়াছিল, পথের দিকে</w:t>
      </w:r>
      <w:r>
        <w:br/>
        <w:t>চাহিয়া বসিয়া আপন মনে পা দোলাইতেছিল। সে নিজে আসিয়া দাঁড়াইয়া মুখ টিপিয়া</w:t>
      </w:r>
      <w:r>
        <w:br/>
        <w:t>হাসিয়াছিল।</w:t>
      </w:r>
      <w:r>
        <w:br/>
        <w:t xml:space="preserve">-এসেছিস? </w:t>
      </w:r>
      <w:proofErr w:type="spellStart"/>
      <w:r>
        <w:t>আমি</w:t>
      </w:r>
      <w:proofErr w:type="spellEnd"/>
      <w:r>
        <w:t xml:space="preserve"> </w:t>
      </w:r>
      <w:proofErr w:type="spellStart"/>
      <w:r>
        <w:t>সেই</w:t>
      </w:r>
      <w:proofErr w:type="spellEnd"/>
      <w:r>
        <w:t xml:space="preserve"> </w:t>
      </w:r>
      <w:proofErr w:type="spellStart"/>
      <w:r>
        <w:t>কখন</w:t>
      </w:r>
      <w:proofErr w:type="spellEnd"/>
      <w:r>
        <w:t xml:space="preserve"> </w:t>
      </w:r>
      <w:proofErr w:type="spellStart"/>
      <w:r>
        <w:t>থেকে</w:t>
      </w:r>
      <w:proofErr w:type="spellEnd"/>
      <w:r>
        <w:t xml:space="preserve"> </w:t>
      </w:r>
      <w:proofErr w:type="spellStart"/>
      <w:r>
        <w:t>বসে</w:t>
      </w:r>
      <w:proofErr w:type="spellEnd"/>
      <w:r>
        <w:t xml:space="preserve"> </w:t>
      </w:r>
      <w:proofErr w:type="spellStart"/>
      <w:r>
        <w:t>আছি</w:t>
      </w:r>
      <w:proofErr w:type="spellEnd"/>
      <w:r>
        <w:t>।</w:t>
      </w:r>
      <w:r>
        <w:br/>
      </w:r>
      <w:proofErr w:type="spellStart"/>
      <w:r>
        <w:t>বৃদ্ধা</w:t>
      </w:r>
      <w:proofErr w:type="spellEnd"/>
      <w:r>
        <w:t xml:space="preserve"> </w:t>
      </w:r>
      <w:proofErr w:type="spellStart"/>
      <w:r>
        <w:t>চমকিয়া</w:t>
      </w:r>
      <w:proofErr w:type="spellEnd"/>
      <w:r>
        <w:t xml:space="preserve"> </w:t>
      </w:r>
      <w:proofErr w:type="spellStart"/>
      <w:r>
        <w:t>উঠিল</w:t>
      </w:r>
      <w:proofErr w:type="spellEnd"/>
      <w:r>
        <w:t xml:space="preserve">। </w:t>
      </w:r>
      <w:proofErr w:type="spellStart"/>
      <w:r>
        <w:t>ঠিক</w:t>
      </w:r>
      <w:proofErr w:type="spellEnd"/>
      <w:r>
        <w:t xml:space="preserve"> </w:t>
      </w:r>
      <w:proofErr w:type="spellStart"/>
      <w:r>
        <w:t>সেই</w:t>
      </w:r>
      <w:proofErr w:type="spellEnd"/>
      <w:r>
        <w:t xml:space="preserve"> </w:t>
      </w:r>
      <w:proofErr w:type="spellStart"/>
      <w:r>
        <w:t>কথা</w:t>
      </w:r>
      <w:proofErr w:type="spellEnd"/>
      <w:r>
        <w:t xml:space="preserve">, </w:t>
      </w:r>
      <w:proofErr w:type="spellStart"/>
      <w:r>
        <w:t>সে</w:t>
      </w:r>
      <w:proofErr w:type="spellEnd"/>
      <w:r>
        <w:t xml:space="preserve"> </w:t>
      </w:r>
      <w:proofErr w:type="spellStart"/>
      <w:r>
        <w:t>তাহাকে</w:t>
      </w:r>
      <w:proofErr w:type="spellEnd"/>
      <w:r>
        <w:t xml:space="preserve"> </w:t>
      </w:r>
      <w:proofErr w:type="spellStart"/>
      <w:r>
        <w:t>এই</w:t>
      </w:r>
      <w:proofErr w:type="spellEnd"/>
      <w:r>
        <w:t xml:space="preserve"> </w:t>
      </w:r>
      <w:proofErr w:type="spellStart"/>
      <w:r>
        <w:t>কথাটাই</w:t>
      </w:r>
      <w:proofErr w:type="spellEnd"/>
      <w:r>
        <w:t xml:space="preserve"> </w:t>
      </w:r>
      <w:proofErr w:type="spellStart"/>
      <w:r>
        <w:t>বলিয়াছিল</w:t>
      </w:r>
      <w:proofErr w:type="spellEnd"/>
      <w:r>
        <w:t xml:space="preserve">। </w:t>
      </w:r>
      <w:proofErr w:type="spellStart"/>
      <w:r>
        <w:t>ওঃ</w:t>
      </w:r>
      <w:proofErr w:type="spellEnd"/>
      <w:r>
        <w:t>, ঐ</w:t>
      </w:r>
      <w:r>
        <w:br/>
      </w:r>
      <w:proofErr w:type="spellStart"/>
      <w:r>
        <w:t>ছোঁড়াটাও</w:t>
      </w:r>
      <w:proofErr w:type="spellEnd"/>
      <w:r>
        <w:t xml:space="preserve"> </w:t>
      </w:r>
      <w:proofErr w:type="spellStart"/>
      <w:r>
        <w:t>ঠিক</w:t>
      </w:r>
      <w:proofErr w:type="spellEnd"/>
      <w:r>
        <w:t xml:space="preserve"> </w:t>
      </w:r>
      <w:proofErr w:type="spellStart"/>
      <w:r>
        <w:t>সেই</w:t>
      </w:r>
      <w:proofErr w:type="spellEnd"/>
      <w:r>
        <w:t xml:space="preserve"> </w:t>
      </w:r>
      <w:proofErr w:type="spellStart"/>
      <w:r>
        <w:t>কথাটিই</w:t>
      </w:r>
      <w:proofErr w:type="spellEnd"/>
      <w:r>
        <w:t xml:space="preserve"> </w:t>
      </w:r>
      <w:proofErr w:type="spellStart"/>
      <w:r>
        <w:t>বলিতেছে</w:t>
      </w:r>
      <w:proofErr w:type="spellEnd"/>
      <w:r>
        <w:t xml:space="preserve">। </w:t>
      </w:r>
      <w:proofErr w:type="spellStart"/>
      <w:r>
        <w:t>মেয়েটি</w:t>
      </w:r>
      <w:proofErr w:type="spellEnd"/>
      <w:r>
        <w:t xml:space="preserve"> </w:t>
      </w:r>
      <w:proofErr w:type="spellStart"/>
      <w:r>
        <w:t>সম্মুখে</w:t>
      </w:r>
      <w:proofErr w:type="spellEnd"/>
      <w:r>
        <w:t xml:space="preserve"> </w:t>
      </w:r>
      <w:proofErr w:type="spellStart"/>
      <w:r>
        <w:t>দাঁড়াইয়া</w:t>
      </w:r>
      <w:proofErr w:type="spellEnd"/>
      <w:r>
        <w:t xml:space="preserve"> </w:t>
      </w:r>
      <w:proofErr w:type="spellStart"/>
      <w:r>
        <w:t>আছে</w:t>
      </w:r>
      <w:proofErr w:type="spellEnd"/>
      <w:r>
        <w:t xml:space="preserve">; </w:t>
      </w:r>
      <w:proofErr w:type="spellStart"/>
      <w:r>
        <w:t>নিশ্চয়</w:t>
      </w:r>
      <w:proofErr w:type="spellEnd"/>
      <w:r>
        <w:t xml:space="preserve"> </w:t>
      </w:r>
      <w:proofErr w:type="spellStart"/>
      <w:r>
        <w:t>সে</w:t>
      </w:r>
      <w:proofErr w:type="spellEnd"/>
      <w:r>
        <w:t xml:space="preserve"> </w:t>
      </w:r>
      <w:proofErr w:type="spellStart"/>
      <w:r>
        <w:t>মুখ</w:t>
      </w:r>
      <w:proofErr w:type="spellEnd"/>
      <w:r>
        <w:t xml:space="preserve"> </w:t>
      </w:r>
      <w:proofErr w:type="spellStart"/>
      <w:r>
        <w:t>টিপিয়া</w:t>
      </w:r>
      <w:proofErr w:type="spellEnd"/>
      <w:r>
        <w:br/>
      </w:r>
      <w:proofErr w:type="spellStart"/>
      <w:r>
        <w:t>হাসিতেছে</w:t>
      </w:r>
      <w:proofErr w:type="spellEnd"/>
      <w:r>
        <w:t>।</w:t>
      </w:r>
      <w:r>
        <w:br/>
      </w:r>
      <w:proofErr w:type="spellStart"/>
      <w:r>
        <w:t>সেদিন</w:t>
      </w:r>
      <w:proofErr w:type="spellEnd"/>
      <w:r>
        <w:t xml:space="preserve"> </w:t>
      </w:r>
      <w:proofErr w:type="spellStart"/>
      <w:r>
        <w:t>সে</w:t>
      </w:r>
      <w:proofErr w:type="spellEnd"/>
      <w:r>
        <w:t xml:space="preserve"> </w:t>
      </w:r>
      <w:proofErr w:type="spellStart"/>
      <w:r>
        <w:t>একটা</w:t>
      </w:r>
      <w:proofErr w:type="spellEnd"/>
      <w:r>
        <w:t xml:space="preserve"> ঠোঙাতে করিয়া খাবার আনিয়াছিল। তাহার সম্মুখে বাড়াইয়া ধরিয়া</w:t>
      </w:r>
      <w:r>
        <w:br/>
        <w:t>বলিয়াছিল, কাল তোর মুড়ি পড়ে গিয়েছিল। লে।</w:t>
      </w:r>
      <w:r>
        <w:br/>
        <w:t>সে কিন্তু হাত বাড়াইতে পারে নাই। তাহার বুকের দুর্দান্ত লোভ-সাপের মত তাহার</w:t>
      </w:r>
      <w:r>
        <w:br/>
        <w:t>ডাইনী মনটা বেদের বাঁশী শুনিয়া যেন কেবলই দুলিয়া দুলিয়া নাচিয়াছিল, ছোবল মারিতে ভুলিয়া</w:t>
      </w:r>
      <w:r>
        <w:br/>
        <w:t>গিয়াছিল।</w:t>
      </w:r>
      <w:r>
        <w:br/>
        <w:t>তারপর সে কি করিয়াছিল? হ্যাঁ, মনে আছে। সে কি আর ইহারা জানে, না পারে? ও</w:t>
      </w:r>
      <w:r>
        <w:br/>
        <w:t>মাগো! ঠিক তাই। এ ছেলেটাও যে মেয়েটার মুখে নিজে হাতে কি তুলিয়া দিতেছে। বুড়ী</w:t>
      </w:r>
      <w:r>
        <w:br/>
        <w:t>দুই হাতে মাটির উপর মৃদু করাঘাত করিয়া নিঃশব্দ হাসি হাসিয়া যেন ভাঙিয়া পাড়ল।</w:t>
      </w:r>
      <w:r>
        <w:br/>
        <w:t>কিন্তু নিতান্ত আকস্মিকভাবেই হাসি তাহার থামিয়া গেল। সহসা একটা দীর্ঘনিশ্বাস ফেলিয়া</w:t>
      </w:r>
      <w:r>
        <w:br/>
        <w:t>সে স্তব্ধভাবে গাছে হেলান দিয়া বসিল। তাহার মনে পড়িল, ইহার পরই সে তাহাকে বলিয়াছিল</w:t>
      </w:r>
      <w:r>
        <w:br/>
        <w:t>-আমাকে বিয়ে করবি সরা?</w:t>
      </w:r>
      <w:r>
        <w:br/>
        <w:t>সে কেমন হইয়া গিয়াছিল। কিছু বলিতে পারে নাই, কিছু ভাবিতেও পারে নাই। শুধু</w:t>
      </w:r>
      <w:r>
        <w:br/>
        <w:t>কানের পাশ দুইটা গরম হইয়া উঠিয়াছিল, হাত-পা ঘামিয়া টসটস করিয়া জল ঝরিয়াছিল।</w:t>
      </w:r>
      <w:r>
        <w:br/>
        <w:t>সে বলিয়াছিল, এই দেখ, আমি কলে কাজ করি, রোজগার করি অ্যানেক। তা জাতে</w:t>
      </w:r>
      <w:r>
        <w:br/>
        <w:t>পতিত বলে আমাকে বিয়ে দেয় না কেউ। তু আমাকে বিয়ে করবি?</w:t>
      </w:r>
      <w:r>
        <w:br/>
        <w:t>ঝরনার ধারে প্রণয়ী যুবকটি বলিল, এই গাঁয়ে সবাই হাঁ-হাঁ করবে-আমার জাতগুষ্টিতেও</w:t>
      </w:r>
      <w:r>
        <w:br/>
        <w:t>করবে, তোর জ্ঞাতগুষ্টিতেও করবে। তাঁর চেয়ে চল আমরা পালিয়ে যাই। সেইখানে দুজনায়</w:t>
      </w:r>
      <w:r>
        <w:br/>
        <w:t>সাঙা করে বেশ থাকব।</w:t>
      </w:r>
      <w:r>
        <w:br/>
        <w:t>মৃদুস্বরে কথা, কিন্তু এই নিস্তব্ধ স্থানটির মধ্যে কথাগুলি যেন স্পষ্ট হইয়া ভাসিয়া আসিতেছে।</w:t>
      </w:r>
      <w:r>
        <w:br/>
        <w:t>বুড়ী একটা দীর্ঘনিশ্বাস ফেলিল, তাহারাও পৃথিবীর লোকের সঙ্গে সম্বন্ধ ছাড়িয়া বিবাহ করিয়া</w:t>
      </w:r>
      <w:r>
        <w:br/>
        <w:t>সংসার পাতিয়াছিল, মাড়োয়ারীবাবুর কলের ধারেই একখানা ঘর তৈয়ারি করিয়া তাহারা বাসা</w:t>
      </w:r>
      <w:r>
        <w:br/>
        <w:t>বাঁধিয়াছিল। 'বয়লা' না কি বলে-সেই প্রকাণ্ড পিপের মত কলটা-সেই কলটায় সে কয়লা</w:t>
      </w:r>
      <w:r>
        <w:br/>
        <w:t>ঠেলিত। তাহার মজুরি ছিল সকলের চেয়ে বেশি।</w:t>
      </w:r>
      <w:r>
        <w:br/>
        <w:t>ঝরণার ধারে অভিসারিকা মেয়েটির কথা ভাসিয়া আসিল-উ হবে না। আগে আমায়</w:t>
      </w:r>
      <w:r>
        <w:br/>
      </w:r>
    </w:p>
    <w:p w14:paraId="030031F6" w14:textId="77777777" w:rsidR="001E2E86" w:rsidRDefault="00000000" w:rsidP="002D730D">
      <w:pPr>
        <w:jc w:val="both"/>
      </w:pPr>
      <w:r>
        <w:br w:type="page"/>
      </w:r>
    </w:p>
    <w:p w14:paraId="398957C6" w14:textId="244BF13F" w:rsidR="001E2E86" w:rsidRDefault="00000000" w:rsidP="002D730D">
      <w:pPr>
        <w:jc w:val="both"/>
      </w:pPr>
      <w:r>
        <w:lastRenderedPageBreak/>
        <w:br/>
        <w:t>রুপোর চুড়ি আর খুঁটে দশটি টাকা তু বেঁধে দে, তবে আমি যাব। লইলে বিদেশে পয়সা অভাবে</w:t>
      </w:r>
      <w:r>
        <w:br/>
        <w:t>খেতে পাব না, তা হবে না।</w:t>
      </w:r>
      <w:r>
        <w:br/>
        <w:t>ছি ছি, মেয়েটার মুখে ঝাঁটা মারিতে হয়। এত বড় একটা জোয়ান মরদ যাহার আঁচল</w:t>
      </w:r>
      <w:r>
        <w:br/>
        <w:t>ধরিয়া থাকে, তাহার, নাকি খাওয়া-পরার অভাব হয় কোনোদিন। মরণ তোমার। রূপার চুড়ি</w:t>
      </w:r>
      <w:r>
        <w:br/>
        <w:t>কি, একদিন সোনার শাঁখা-বাঁধা উঠবে তোমার হাতে। ছি!</w:t>
      </w:r>
      <w:r>
        <w:br/>
        <w:t>ছেলেটি কথার কোনো জবাব দিল না, মেয়েটিই আবার বলিল, কি, রা কাড়িস না যি? কি</w:t>
      </w:r>
      <w:r>
        <w:br/>
        <w:t>বলছিস বল? আমি আর দাঁড়াতে লারব কিন্তুক।</w:t>
      </w:r>
      <w:r>
        <w:br/>
        <w:t>ছেলেটি একটি দীর্ঘনিশ্বাস ফেলিয়া বলিল, কি বলব বল? টাকা থাকলে আমি তোকে দিতাম,</w:t>
      </w:r>
      <w:r>
        <w:br/>
        <w:t>রুপোর চুড়িও দিতাম, বলতে হত না তোকে।</w:t>
      </w:r>
      <w:r>
        <w:br/>
        <w:t>মেয়েটা বেশ হেলিয়া দুলিয়া রঙ্গ করিয়াই বলিল, তবে আমি চললাম।</w:t>
      </w:r>
      <w:r>
        <w:br/>
        <w:t>-যা।</w:t>
      </w:r>
      <w:r>
        <w:br/>
        <w:t>-আর যেন ডাকিস না।</w:t>
      </w:r>
      <w:r>
        <w:br/>
        <w:t>-বেশ।</w:t>
      </w:r>
      <w:r>
        <w:br/>
        <w:t>অল্প একটু দূর যাইতেই সাদা-কাপড়-পরা মেয়েটি ফুটফুটে চাঁদনীর মধ্যে যেন মিশিয়া গেল।</w:t>
      </w:r>
      <w:r>
        <w:br/>
        <w:t>ছেলেটা চু। করিয়া ঝরনার ধারে বসিয়া রহিল। আহা! ছেলেটার যেমন কপাল! শেষ পর্যন্ত</w:t>
      </w:r>
      <w:r>
        <w:br/>
        <w:t>ছেলেটা যে কি করিবে-কে জানে! হয়ত বৈরাগী হইয়া চলিয়া যাইবে, নয়ত গলায় দড়ি দিয়াই</w:t>
      </w:r>
      <w:r>
        <w:br/>
        <w:t>বসিবে। বৃদ্ধা শিহরিয়া উঠিল। ইহার চেয়ে তাহার রূপার চুড়ি কয়গাছা দিলে হয় না? আর</w:t>
      </w:r>
      <w:r>
        <w:br/>
        <w:t>টাকা? দশ টাকা সে দিতে পারিবে না। মোটে তো তাহার এক কুড়ি টাকা আছে, তাহার</w:t>
      </w:r>
      <w:r>
        <w:br/>
        <w:t>মধ্য হইতে দুইটা টাকা, না-হয় পাঁচটা সে দিতে পারে। তাহাতে কি হইবে? মেয়েটা আর</w:t>
      </w:r>
      <w:r>
        <w:br/>
        <w:t>বোধ হয় আপত্তি করিবে না। আহা! জোয়ান বয়স, সুখের সময়, শখের সময়-আহা!</w:t>
      </w:r>
      <w:r>
        <w:br/>
        <w:t>ছেলেটিকে ডাকিয়া রূপার চুড়ি ও টাকা সে দিবে, আর উহার সঙ্গে নাতি-ঠাকুরমার সম্বন্ধ</w:t>
      </w:r>
      <w:r>
        <w:br/>
        <w:t>পাতাইবে। গোটাকতক চোখা চোখা ঠাট্টা সে যা করিবে!</w:t>
      </w:r>
      <w:r>
        <w:br/>
        <w:t>মাটিতে হাতের ভর দিয়া কুঁজীর মত সে ছেলেটির কাছে আসিয়া দাঁড়াইল। ছেলেটা যেন</w:t>
      </w:r>
      <w:r>
        <w:br/>
        <w:t>ধ্যানে বসিয়াছে, লোকজন আসিলেও খেয়াল নাই। হাসিয়া সে ডাকিল, বলি, ওহে লাগর, শুনছ?</w:t>
      </w:r>
      <w:r>
        <w:br/>
        <w:t>দন্তহীন মুখের অস্পষ্ট কথার সাড়ায় ছেলেটি চমকিয়া মুখ ফিরাইয়া আতঙ্কে চীৎকার করিয়া</w:t>
      </w:r>
      <w:r>
        <w:br/>
        <w:t>উঠিল, পরমুহূর্তেই লাফ দিয়া উঠিয়া সে প্রাণপণে ছুটিতে আরম্ভ করিল।</w:t>
      </w:r>
      <w:r>
        <w:br/>
        <w:t>মুহূর্তে বৃদ্ধারও একটা অভাবনীয় পরিবর্তন হইয়া গেল। ক্রুদ্ধা মার্জারীর মত ফুলিয়া উঠিয়া</w:t>
      </w:r>
      <w:r>
        <w:br/>
        <w:t>সে বলিয়া উঠিল, মর-মর-তুই মর। সঙ্গে সঙ্গে ইচ্ছা হইল, ক্রুদ্ধ শোষণে উহার রক্ত-মাংস মেদ-</w:t>
      </w:r>
      <w:r>
        <w:br/>
        <w:t>মজ্জা সব নিঃশেষে শুষিয়া খাইয়া ফেলে।</w:t>
      </w:r>
      <w:r>
        <w:br/>
        <w:t>ছেলেটা একটা আর্তনাদ করিয়া বসিয়া পড়িল। পরমুহূর্তেই আবার উঠিয়া খোঁড়াইতে</w:t>
      </w:r>
      <w:r>
        <w:br/>
        <w:t>খোঁড়াইতে পলাইয়া গেল।</w:t>
      </w:r>
      <w:r>
        <w:br/>
        <w:t>পরদিন দ্বিপ্রহরের পূর্বেই গ্রামখানা বিস্ময়ে শঙ্কায় স্তম্ভিত হইয়া গেল। সর্বনাশী ডাইনী</w:t>
      </w:r>
      <w:r>
        <w:br/>
        <w:t>বাউরীদের একটা ছেলেকে বাণ মারিয়াছে। ছেলেটা সন্ধ্যায় গিয়াছিল ঐ ঝরনার ধারে; মানুষের</w:t>
      </w:r>
    </w:p>
    <w:p w14:paraId="64F9239E" w14:textId="77777777" w:rsidR="001E2E86" w:rsidRDefault="00000000" w:rsidP="002D730D">
      <w:pPr>
        <w:jc w:val="both"/>
      </w:pPr>
      <w:r>
        <w:br w:type="page"/>
      </w:r>
    </w:p>
    <w:p w14:paraId="44D84954" w14:textId="1072C5F9" w:rsidR="001E2E86" w:rsidRDefault="00000000" w:rsidP="002D730D">
      <w:pPr>
        <w:jc w:val="both"/>
      </w:pPr>
      <w:r>
        <w:lastRenderedPageBreak/>
        <w:br/>
        <w:t>দেহরসলোলুপা রাক্ষসী গন্ধে আকৃষ্টা বাঘিনীর মত নিঃশব্দে পদসঞ্চারে আসিয়া সম্মুখে</w:t>
      </w:r>
      <w:r>
        <w:br/>
        <w:t>দাঁড়াইয়াছিল। জানিতে পারিয়া ভয়ে ছেলেটি ছুটিয়া পলাইবার চেষ্টা করিয়াছিল, কিন্তু রাক্ষসী</w:t>
      </w:r>
      <w:r>
        <w:br/>
        <w:t>তাহাকে বাণ মারিয়া ফেলিয়া দিয়াছে। অতি তীক্ষ্ণ একখানা হাড়ের টুকরা সে মন্ত্রপূত করিয়া</w:t>
      </w:r>
      <w:r>
        <w:br/>
        <w:t>নিক্ষেপ করিতেই সেটা আসিয়া তাহার পায়ে গভীর হইয়া বসিয়া গিয়াছে। টানিয়া বাহির</w:t>
      </w:r>
      <w:r>
        <w:br/>
        <w:t>করিয়া ফেলিতেই সে কি রক্তপাত। তাহার পরই প্রবল জ্বর; আর কে যেন তাহার মাথা ও</w:t>
      </w:r>
      <w:r>
        <w:br/>
        <w:t>পায়ে চাপ দিয়া তাহার দেহখানি ধনুকের মত বাঁকাইয়া দিয়া দেহের রস নিঙড়াইয়া লইতেছে!</w:t>
      </w:r>
      <w:r>
        <w:br/>
        <w:t>কিন্তু সে তাহার কি করিবে?</w:t>
      </w:r>
      <w:r>
        <w:br/>
        <w:t>কেন সে পলাইতে গেল? পলাইয়া যাইবে? তাহার সম্মুখ হইতে পলাইয়া যাইবে? সেই</w:t>
      </w:r>
      <w:r>
        <w:br/>
        <w:t>তাহার মত শক্তিমান পুরুষ যে আগুনের সঙ্গে যুদ্ধ করিত-শেষ পর্যন্ত তাহারই অবস্থা হইয়া</w:t>
      </w:r>
      <w:r>
        <w:br/>
        <w:t>গিয়াছিল মাংসশূন্য একখানি মাছের কাঁটার মত।</w:t>
      </w:r>
      <w:r>
        <w:br/>
        <w:t>কে এক গুণীন নাকি আসিয়াছে। বলিয়াছে, এই ছেলেটাকে ভালো করিয়া দিবে। তিলে</w:t>
      </w:r>
      <w:r>
        <w:br/>
        <w:t>তিলে শুকাইয়া ফ্যাকাসে হইয়া সে মরিয়াছিল। রোগ-ঘুষঘুষে জ্বর, কাশি। তবে রক্তবমি</w:t>
      </w:r>
      <w:r>
        <w:br/>
        <w:t>করিয়াছিল কেন সে?</w:t>
      </w:r>
      <w:r>
        <w:br/>
        <w:t>স্তব্ধ দ্বিপ্রহরে উন্মত্ত অস্থিরতায় অধীর হইয়া বৃদ্ধা আপনার উঠানময় ঘুরিয়া বেড়াইতেছে।</w:t>
      </w:r>
      <w:r>
        <w:br/>
        <w:t>সম্মুখে ছাতি-ফাটার মাঠ আগুনে পুড়িতেছে নিস্পন্দ শবদেহের মত। সমস্ত মাঠটার মধ্যে আজ</w:t>
      </w:r>
      <w:r>
        <w:br/>
        <w:t>আর কোথাও এতটুকু চঞ্চলতা নাই। বাতাস পর্যন্ত স্থির হইয়া আছে।</w:t>
      </w:r>
      <w:r>
        <w:br/>
        <w:t>যাহাকে সে প্রাণের চেয়েও ভালোবাসিত, কোনোদিন যাহার উপর এতটুকু রাগ করে নাই,</w:t>
      </w:r>
      <w:r>
        <w:br/>
        <w:t>সেও তাহার দৃষ্টিতে শুকাইয়া নিঃশেষে দেহের রক্ত তুলিয়া মরিয়া গিয়াছে। আর তাহার ক্রুদ্ধ</w:t>
      </w:r>
      <w:r>
        <w:br/>
        <w:t>দৃষ্টির আক্রোশ, নিষ্ঠুর শোষণ হইতে বাঁচাইবে ঐ গুণীনটা!</w:t>
      </w:r>
      <w:r>
        <w:br/>
        <w:t>হি-হি করিয়া অতি নিষ্ঠুরভাবে সে হাসিয়া উঠিল। উঃ, কি ভীষণ হাঁপ ধরিতেছে তাহার।</w:t>
      </w:r>
      <w:r>
        <w:br/>
        <w:t>দম যেন বন্ধ হইয়া গেল। কি যন্ত্রণা, উঃ-যন্ত্রণায় বুক ফাটাইয়া কাঁদিতে ইচ্ছা করিতেছে।</w:t>
      </w:r>
      <w:r>
        <w:br/>
        <w:t>ঐ গুণীনটা বোধ হয় তাহাকে মন্ত্রপ্রহারে জর্জর করিবার চেষ্টা করিতেছে। কর, তোর যথাসাধ্য</w:t>
      </w:r>
      <w:r>
        <w:br/>
        <w:t>তুই কর।</w:t>
      </w:r>
      <w:r>
        <w:br/>
        <w:t>এখান হইতে কিন্তু পলাইতে হইবে। তাহার মৃত্যুর পর বোলপুরের লোকে যখন উহার</w:t>
      </w:r>
      <w:r>
        <w:br/>
        <w:t>গোপন কথাটা জানিতে পারিয়াছিল, তখন কি দুর্দশাই না উহার করিয়াছিল। সে নিজেই কথাটা</w:t>
      </w:r>
      <w:r>
        <w:br/>
        <w:t>বলিয়া ফেলিয়াছিল। কলের সেই হাড়ীদের শঙ্করীর সহিত তাহার ভাব ছিল, তাহার কাছেই</w:t>
      </w:r>
      <w:r>
        <w:br/>
        <w:t>সে একদিন মনের আক্ষেপে কথাটা প্রকাশ করিয়া ফেলিয়াছিল।</w:t>
      </w:r>
      <w:r>
        <w:br/>
        <w:t>তাহার পর সে গ্রামের বাহিরে একধারে লোকের সহিত সম্বন্ধ না রাখিয়া বাস করিতেছে।</w:t>
      </w:r>
      <w:r>
        <w:br/>
        <w:t>কত জায়গায় যে সে ফিরিল। আবার যে কোথায় যাইবে!</w:t>
      </w:r>
      <w:r>
        <w:br/>
        <w:t>ওকি। অকস্মাৎ উত্তপ্ত দ্বিপ্রহরের তন্দ্রাতুর নিস্তব্ধতা ভঙ্গ করিয়া একটি উচ্চ কান্নার রোল</w:t>
      </w:r>
      <w:r>
        <w:br/>
        <w:t>চারিদিকে ছড়াইয়া পড়িল। বৃদ্ধা স্তব্ধ হইয়া শুনিয়া পাগলের মত ঘরে ঢুকিয়া খিল আঁটিয়া দরজা</w:t>
      </w:r>
      <w:r>
        <w:br/>
        <w:t>বন্ধ করিয়া দিল।</w:t>
      </w:r>
    </w:p>
    <w:p w14:paraId="3881E8B1" w14:textId="77777777" w:rsidR="001E2E86" w:rsidRDefault="00000000" w:rsidP="002D730D">
      <w:pPr>
        <w:jc w:val="both"/>
      </w:pPr>
      <w:r>
        <w:br w:type="page"/>
      </w:r>
    </w:p>
    <w:p w14:paraId="6AC8AB96" w14:textId="1E218AE5" w:rsidR="001E2E86" w:rsidRDefault="00000000" w:rsidP="002D730D">
      <w:pPr>
        <w:jc w:val="both"/>
      </w:pPr>
      <w:r>
        <w:lastRenderedPageBreak/>
        <w:br/>
        <w:t>সন্ধ্যার মুখে সে একটি ছোট পুঁটলি লইয়া ঐ ছাতি-ফাটার মাঠের মধ্যে নামিয়া পড়িল।</w:t>
      </w:r>
      <w:r>
        <w:br/>
        <w:t>পলাইবে-সে পলাইবে।</w:t>
      </w:r>
      <w:r>
        <w:br/>
        <w:t>একটা অস্বাভাবিক গাঢ় অন্ধকার ঘনাইয়া আসিতেছে। সমস্ত নিথর, স্তব্ধ। তাহারই মধ্যে</w:t>
      </w:r>
      <w:r>
        <w:br/>
        <w:t>পায়ে পায়ে ধূলা উড়াইয়া বৃদ্ধা ডাইনী পলাইয়া যাইতেছিল। কতকটা দূর আসিয়া সে বসিল,</w:t>
      </w:r>
      <w:r>
        <w:br/>
        <w:t>চলিবার শক্তি যেন খুঁজিয়া পাইতেছে না।</w:t>
      </w:r>
      <w:r>
        <w:br/>
        <w:t>অকস্মাৎ আজ বহুকাল পরে তাহার নিজেরই শোষণে মৃত স্বামীর জন্য বুক ফাটাইয়া সে</w:t>
      </w:r>
      <w:r>
        <w:br/>
        <w:t>কাঁদিয়া উঠিল, ওগো, তুমি ফিরে এস গো।</w:t>
      </w:r>
      <w:r>
        <w:br/>
        <w:t>উঃ, তাহার নরুণ-দিয়া-চেরা ছুরির মত চোখের সম্মুখে আকাশের বায়ুকোণটা তাহার চোখের</w:t>
      </w:r>
      <w:r>
        <w:br/>
        <w:t>তারার মতই খয়ের রঙের হইয়া উঠিয়াছে।</w:t>
      </w:r>
      <w:r>
        <w:br/>
        <w:t>কিছুক্ষণের মধ্যেই সমস্ত পায়ের ধূলার আস্তরণের মধ্যে বিলুপ্ত করিয়া দিয়া কালবৈশাখীর ঝড়</w:t>
      </w:r>
      <w:r>
        <w:br/>
        <w:t>নামিয়া আসিল। সেই ঝড়ের মধ্যে বৃদ্ধা কোথায় বিলুপ্ত হইয়া গেল! দুর্দান্ত ঘূণিঝড়। সঙ্গে</w:t>
      </w:r>
      <w:r>
        <w:br/>
        <w:t>মাত্র দুই-চারি ফোঁটা বৃষ্টি।</w:t>
      </w:r>
      <w:r>
        <w:br/>
        <w:t>পরদিন সকালে ছাতি-ফাটার মাঠের প্রান্তে সেই বহুকালের কণ্টকাকীর্ণ খৈরী গুল্মের</w:t>
      </w:r>
      <w:r>
        <w:br/>
        <w:t>একটা ভাঙা ডালের সূচালো ডগার দিকে তাকাইয়া লোকের বিস্ময়ের আর অবধি রহিল না;</w:t>
      </w:r>
      <w:r>
        <w:br/>
        <w:t>শাখাটার তীক্ষ্ণাগ্র প্রান্তে বিদ্ধ হইয়া ঝুলিতেছে বৃদ্ধা ডাকিনী। আকাশ-পথে যাইতে যাইতে</w:t>
      </w:r>
      <w:r>
        <w:br/>
        <w:t>ঐ গুণীনের মন্ত্রপ্রহারে পঙ্গুপক্ষ পাখির মত পড়িয়া ঐ গাছের ডালে বিদ্ধ হইয়া মরিয়াছে।</w:t>
      </w:r>
      <w:r>
        <w:br/>
        <w:t>ডালটার নীচে ছাতি-ফাটার মাঠের খানিকটা ধূলা কালো কাদার মত ঢেলা বাঁধিয়া গিয়াছে।</w:t>
      </w:r>
      <w:r>
        <w:br/>
        <w:t>ডাকিনীর কালো রক্ত ঝরিয়া পড়িয়াছে।</w:t>
      </w:r>
      <w:r>
        <w:br/>
        <w:t>অতীত কালের মহানাগের বিষের সহিত ডাকিনীর রক্ত মিশিয়া ছাতি-ফাটার মাঠ আজ</w:t>
      </w:r>
      <w:r>
        <w:br/>
        <w:t>আরও ভয়ঙ্কর হইয়া উঠিয়াছিল। চারিদিকের দিকচক্ররেখার চিহ্ন নাই; মাটি হইতে আকাশ</w:t>
      </w:r>
      <w:r>
        <w:br/>
        <w:t>পর্যন্ত একটা ধূমাচ্ছন্ন ধূসরতা। সেই ধূসর শূন্যলোকে কালো কতকগুলি সঞ্চরমাণ বিন্দু ক্রমশ</w:t>
      </w:r>
      <w:r>
        <w:br/>
        <w:t>আকারে বড় হইয়া নামিয়া আসিতেছে।</w:t>
      </w:r>
      <w:r>
        <w:br/>
        <w:t>নামিয়া আসিতেছে শকুনির পাল।</w:t>
      </w:r>
      <w:r>
        <w:br/>
      </w:r>
    </w:p>
    <w:sectPr w:rsidR="001E2E8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17753694">
    <w:abstractNumId w:val="8"/>
  </w:num>
  <w:num w:numId="2" w16cid:durableId="1539783824">
    <w:abstractNumId w:val="6"/>
  </w:num>
  <w:num w:numId="3" w16cid:durableId="1797213065">
    <w:abstractNumId w:val="5"/>
  </w:num>
  <w:num w:numId="4" w16cid:durableId="1781103444">
    <w:abstractNumId w:val="4"/>
  </w:num>
  <w:num w:numId="5" w16cid:durableId="143621784">
    <w:abstractNumId w:val="7"/>
  </w:num>
  <w:num w:numId="6" w16cid:durableId="792944453">
    <w:abstractNumId w:val="3"/>
  </w:num>
  <w:num w:numId="7" w16cid:durableId="438764864">
    <w:abstractNumId w:val="2"/>
  </w:num>
  <w:num w:numId="8" w16cid:durableId="1885949678">
    <w:abstractNumId w:val="1"/>
  </w:num>
  <w:num w:numId="9" w16cid:durableId="1025592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C2079"/>
    <w:rsid w:val="0015074B"/>
    <w:rsid w:val="001E2E86"/>
    <w:rsid w:val="0029639D"/>
    <w:rsid w:val="002D730D"/>
    <w:rsid w:val="00326F90"/>
    <w:rsid w:val="003E5190"/>
    <w:rsid w:val="005B739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32C310"/>
  <w14:defaultImageDpi w14:val="300"/>
  <w15:docId w15:val="{BC941B4F-B0A6-481C-9697-E52C3515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1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1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1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1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1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1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1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1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1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uiPriority w:val="99"/>
    <w:rsid w:val="00E618BF"/>
  </w:style>
  <w:style w:type="paragraph" w:styleId="Footer">
    <w:name w:val="footer"/>
    <w:basedOn w:val="Normal"/>
    <w:link w:val="FooterChar1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1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1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uiPriority w:val="99"/>
    <w:rsid w:val="00AA1D8D"/>
  </w:style>
  <w:style w:type="paragraph" w:styleId="BodyText2">
    <w:name w:val="Body Text 2"/>
    <w:basedOn w:val="Normal"/>
    <w:link w:val="BodyText2Char1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uiPriority w:val="99"/>
    <w:rsid w:val="00AA1D8D"/>
  </w:style>
  <w:style w:type="paragraph" w:styleId="BodyText3">
    <w:name w:val="Body Text 3"/>
    <w:basedOn w:val="Normal"/>
    <w:link w:val="BodyText3Char1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1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0">
    <w:name w:val="Header Char"/>
    <w:basedOn w:val="DefaultParagraphFont"/>
    <w:uiPriority w:val="99"/>
    <w:rsid w:val="00E618BF"/>
  </w:style>
  <w:style w:type="character" w:customStyle="1" w:styleId="FooterChar0">
    <w:name w:val="Footer Char"/>
    <w:basedOn w:val="DefaultParagraphFont"/>
    <w:uiPriority w:val="99"/>
    <w:rsid w:val="00E618BF"/>
  </w:style>
  <w:style w:type="character" w:customStyle="1" w:styleId="Heading1Char0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0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0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0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0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0">
    <w:name w:val="Body Text Char"/>
    <w:basedOn w:val="DefaultParagraphFont"/>
    <w:uiPriority w:val="99"/>
    <w:rsid w:val="00AA1D8D"/>
  </w:style>
  <w:style w:type="character" w:customStyle="1" w:styleId="BodyText2Char0">
    <w:name w:val="Body Text 2 Char"/>
    <w:basedOn w:val="DefaultParagraphFont"/>
    <w:uiPriority w:val="99"/>
    <w:rsid w:val="00AA1D8D"/>
  </w:style>
  <w:style w:type="character" w:customStyle="1" w:styleId="BodyText3Char0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0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0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0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0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0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0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0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0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0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2">
    <w:name w:val="Header Char"/>
    <w:basedOn w:val="DefaultParagraphFont"/>
    <w:uiPriority w:val="99"/>
    <w:rsid w:val="00E618BF"/>
  </w:style>
  <w:style w:type="character" w:customStyle="1" w:styleId="FooterChar2">
    <w:name w:val="Footer Char"/>
    <w:basedOn w:val="DefaultParagraphFont"/>
    <w:uiPriority w:val="99"/>
    <w:rsid w:val="00E618BF"/>
  </w:style>
  <w:style w:type="character" w:customStyle="1" w:styleId="Heading1Char2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2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2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2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2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2">
    <w:name w:val="Body Text Char"/>
    <w:basedOn w:val="DefaultParagraphFont"/>
    <w:uiPriority w:val="99"/>
    <w:rsid w:val="00AA1D8D"/>
  </w:style>
  <w:style w:type="character" w:customStyle="1" w:styleId="BodyText2Char2">
    <w:name w:val="Body Text 2 Char"/>
    <w:basedOn w:val="DefaultParagraphFont"/>
    <w:uiPriority w:val="99"/>
    <w:rsid w:val="00AA1D8D"/>
  </w:style>
  <w:style w:type="character" w:customStyle="1" w:styleId="BodyText3Char2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2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2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2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2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2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2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2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2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2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3">
    <w:name w:val="Header Char"/>
    <w:basedOn w:val="DefaultParagraphFont"/>
    <w:uiPriority w:val="99"/>
    <w:rsid w:val="00E618BF"/>
  </w:style>
  <w:style w:type="character" w:customStyle="1" w:styleId="FooterChar3">
    <w:name w:val="Footer Char"/>
    <w:basedOn w:val="DefaultParagraphFont"/>
    <w:uiPriority w:val="99"/>
    <w:rsid w:val="00E618BF"/>
  </w:style>
  <w:style w:type="character" w:customStyle="1" w:styleId="Heading1Char3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3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3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3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3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3">
    <w:name w:val="Body Text Char"/>
    <w:basedOn w:val="DefaultParagraphFont"/>
    <w:uiPriority w:val="99"/>
    <w:rsid w:val="00AA1D8D"/>
  </w:style>
  <w:style w:type="character" w:customStyle="1" w:styleId="BodyText2Char3">
    <w:name w:val="Body Text 2 Char"/>
    <w:basedOn w:val="DefaultParagraphFont"/>
    <w:uiPriority w:val="99"/>
    <w:rsid w:val="00AA1D8D"/>
  </w:style>
  <w:style w:type="character" w:customStyle="1" w:styleId="BodyText3Char3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3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3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3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3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3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3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3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3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3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4">
    <w:name w:val="Header Char"/>
    <w:basedOn w:val="DefaultParagraphFont"/>
    <w:uiPriority w:val="99"/>
    <w:rsid w:val="00E618BF"/>
  </w:style>
  <w:style w:type="character" w:customStyle="1" w:styleId="FooterChar4">
    <w:name w:val="Footer Char"/>
    <w:basedOn w:val="DefaultParagraphFont"/>
    <w:uiPriority w:val="99"/>
    <w:rsid w:val="00E618BF"/>
  </w:style>
  <w:style w:type="character" w:customStyle="1" w:styleId="Heading1Char4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4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4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4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4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4">
    <w:name w:val="Body Text Char"/>
    <w:basedOn w:val="DefaultParagraphFont"/>
    <w:uiPriority w:val="99"/>
    <w:rsid w:val="00AA1D8D"/>
  </w:style>
  <w:style w:type="character" w:customStyle="1" w:styleId="BodyText2Char4">
    <w:name w:val="Body Text 2 Char"/>
    <w:basedOn w:val="DefaultParagraphFont"/>
    <w:uiPriority w:val="99"/>
    <w:rsid w:val="00AA1D8D"/>
  </w:style>
  <w:style w:type="character" w:customStyle="1" w:styleId="BodyText3Char4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4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4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4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4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4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4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4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4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4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5">
    <w:name w:val="Header Char"/>
    <w:basedOn w:val="DefaultParagraphFont"/>
    <w:uiPriority w:val="99"/>
    <w:rsid w:val="00E618BF"/>
  </w:style>
  <w:style w:type="character" w:customStyle="1" w:styleId="FooterChar5">
    <w:name w:val="Footer Char"/>
    <w:basedOn w:val="DefaultParagraphFont"/>
    <w:uiPriority w:val="99"/>
    <w:rsid w:val="00E618BF"/>
  </w:style>
  <w:style w:type="character" w:customStyle="1" w:styleId="Heading1Char5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5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5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5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5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5">
    <w:name w:val="Body Text Char"/>
    <w:basedOn w:val="DefaultParagraphFont"/>
    <w:uiPriority w:val="99"/>
    <w:rsid w:val="00AA1D8D"/>
  </w:style>
  <w:style w:type="character" w:customStyle="1" w:styleId="BodyText2Char5">
    <w:name w:val="Body Text 2 Char"/>
    <w:basedOn w:val="DefaultParagraphFont"/>
    <w:uiPriority w:val="99"/>
    <w:rsid w:val="00AA1D8D"/>
  </w:style>
  <w:style w:type="character" w:customStyle="1" w:styleId="BodyText3Char5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5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5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5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5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5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5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5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5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5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6">
    <w:name w:val="Header Char"/>
    <w:basedOn w:val="DefaultParagraphFont"/>
    <w:uiPriority w:val="99"/>
    <w:rsid w:val="00E618BF"/>
  </w:style>
  <w:style w:type="character" w:customStyle="1" w:styleId="FooterChar6">
    <w:name w:val="Footer Char"/>
    <w:basedOn w:val="DefaultParagraphFont"/>
    <w:uiPriority w:val="99"/>
    <w:rsid w:val="00E618BF"/>
  </w:style>
  <w:style w:type="character" w:customStyle="1" w:styleId="Heading1Char6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6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6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6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6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6">
    <w:name w:val="Body Text Char"/>
    <w:basedOn w:val="DefaultParagraphFont"/>
    <w:uiPriority w:val="99"/>
    <w:rsid w:val="00AA1D8D"/>
  </w:style>
  <w:style w:type="character" w:customStyle="1" w:styleId="BodyText2Char6">
    <w:name w:val="Body Text 2 Char"/>
    <w:basedOn w:val="DefaultParagraphFont"/>
    <w:uiPriority w:val="99"/>
    <w:rsid w:val="00AA1D8D"/>
  </w:style>
  <w:style w:type="character" w:customStyle="1" w:styleId="BodyText3Char6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6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6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6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6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6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6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6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6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6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7">
    <w:name w:val="Header Char"/>
    <w:basedOn w:val="DefaultParagraphFont"/>
    <w:uiPriority w:val="99"/>
    <w:rsid w:val="00E618BF"/>
  </w:style>
  <w:style w:type="character" w:customStyle="1" w:styleId="FooterChar7">
    <w:name w:val="Footer Char"/>
    <w:basedOn w:val="DefaultParagraphFont"/>
    <w:uiPriority w:val="99"/>
    <w:rsid w:val="00E618BF"/>
  </w:style>
  <w:style w:type="character" w:customStyle="1" w:styleId="Heading1Char7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7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7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7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7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7">
    <w:name w:val="Body Text Char"/>
    <w:basedOn w:val="DefaultParagraphFont"/>
    <w:uiPriority w:val="99"/>
    <w:rsid w:val="00AA1D8D"/>
  </w:style>
  <w:style w:type="character" w:customStyle="1" w:styleId="BodyText2Char7">
    <w:name w:val="Body Text 2 Char"/>
    <w:basedOn w:val="DefaultParagraphFont"/>
    <w:uiPriority w:val="99"/>
    <w:rsid w:val="00AA1D8D"/>
  </w:style>
  <w:style w:type="character" w:customStyle="1" w:styleId="BodyText3Char7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7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7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7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7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7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7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7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7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7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8">
    <w:name w:val="Header Char"/>
    <w:basedOn w:val="DefaultParagraphFont"/>
    <w:uiPriority w:val="99"/>
    <w:rsid w:val="00E618BF"/>
  </w:style>
  <w:style w:type="character" w:customStyle="1" w:styleId="FooterChar8">
    <w:name w:val="Footer Char"/>
    <w:basedOn w:val="DefaultParagraphFont"/>
    <w:uiPriority w:val="99"/>
    <w:rsid w:val="00E618BF"/>
  </w:style>
  <w:style w:type="character" w:customStyle="1" w:styleId="Heading1Char8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8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8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8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8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8">
    <w:name w:val="Body Text Char"/>
    <w:basedOn w:val="DefaultParagraphFont"/>
    <w:uiPriority w:val="99"/>
    <w:rsid w:val="00AA1D8D"/>
  </w:style>
  <w:style w:type="character" w:customStyle="1" w:styleId="BodyText2Char8">
    <w:name w:val="Body Text 2 Char"/>
    <w:basedOn w:val="DefaultParagraphFont"/>
    <w:uiPriority w:val="99"/>
    <w:rsid w:val="00AA1D8D"/>
  </w:style>
  <w:style w:type="character" w:customStyle="1" w:styleId="BodyText3Char8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8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8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8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8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8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8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8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8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8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9">
    <w:name w:val="Header Char"/>
    <w:basedOn w:val="DefaultParagraphFont"/>
    <w:uiPriority w:val="99"/>
    <w:rsid w:val="00E618BF"/>
  </w:style>
  <w:style w:type="character" w:customStyle="1" w:styleId="FooterChar9">
    <w:name w:val="Footer Char"/>
    <w:basedOn w:val="DefaultParagraphFont"/>
    <w:uiPriority w:val="99"/>
    <w:rsid w:val="00E618BF"/>
  </w:style>
  <w:style w:type="character" w:customStyle="1" w:styleId="Heading1Char9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9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9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9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9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9">
    <w:name w:val="Body Text Char"/>
    <w:basedOn w:val="DefaultParagraphFont"/>
    <w:uiPriority w:val="99"/>
    <w:rsid w:val="00AA1D8D"/>
  </w:style>
  <w:style w:type="character" w:customStyle="1" w:styleId="BodyText2Char9">
    <w:name w:val="Body Text 2 Char"/>
    <w:basedOn w:val="DefaultParagraphFont"/>
    <w:uiPriority w:val="99"/>
    <w:rsid w:val="00AA1D8D"/>
  </w:style>
  <w:style w:type="character" w:customStyle="1" w:styleId="BodyText3Char9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9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9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9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9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9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9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9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9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9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a">
    <w:name w:val="Header Char"/>
    <w:basedOn w:val="DefaultParagraphFont"/>
    <w:uiPriority w:val="99"/>
    <w:rsid w:val="00E618BF"/>
  </w:style>
  <w:style w:type="character" w:customStyle="1" w:styleId="FooterChara">
    <w:name w:val="Footer Char"/>
    <w:basedOn w:val="DefaultParagraphFont"/>
    <w:uiPriority w:val="99"/>
    <w:rsid w:val="00E618BF"/>
  </w:style>
  <w:style w:type="character" w:customStyle="1" w:styleId="Heading1Chara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a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a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a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a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a">
    <w:name w:val="Body Text Char"/>
    <w:basedOn w:val="DefaultParagraphFont"/>
    <w:uiPriority w:val="99"/>
    <w:rsid w:val="00AA1D8D"/>
  </w:style>
  <w:style w:type="character" w:customStyle="1" w:styleId="BodyText2Chara">
    <w:name w:val="Body Text 2 Char"/>
    <w:basedOn w:val="DefaultParagraphFont"/>
    <w:uiPriority w:val="99"/>
    <w:rsid w:val="00AA1D8D"/>
  </w:style>
  <w:style w:type="character" w:customStyle="1" w:styleId="BodyText3Chara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a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a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a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a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a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a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a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a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a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b">
    <w:name w:val="Header Char"/>
    <w:basedOn w:val="DefaultParagraphFont"/>
    <w:uiPriority w:val="99"/>
    <w:rsid w:val="00E618BF"/>
  </w:style>
  <w:style w:type="character" w:customStyle="1" w:styleId="FooterCharb">
    <w:name w:val="Footer Char"/>
    <w:basedOn w:val="DefaultParagraphFont"/>
    <w:uiPriority w:val="99"/>
    <w:rsid w:val="00E618BF"/>
  </w:style>
  <w:style w:type="character" w:customStyle="1" w:styleId="Heading1Charb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b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b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b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b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b">
    <w:name w:val="Body Text Char"/>
    <w:basedOn w:val="DefaultParagraphFont"/>
    <w:uiPriority w:val="99"/>
    <w:rsid w:val="00AA1D8D"/>
  </w:style>
  <w:style w:type="character" w:customStyle="1" w:styleId="BodyText2Charb">
    <w:name w:val="Body Text 2 Char"/>
    <w:basedOn w:val="DefaultParagraphFont"/>
    <w:uiPriority w:val="99"/>
    <w:rsid w:val="00AA1D8D"/>
  </w:style>
  <w:style w:type="character" w:customStyle="1" w:styleId="BodyText3Charb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b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b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b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b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b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b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b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b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b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c">
    <w:name w:val="Header Char"/>
    <w:basedOn w:val="DefaultParagraphFont"/>
    <w:uiPriority w:val="99"/>
    <w:rsid w:val="00E618BF"/>
  </w:style>
  <w:style w:type="character" w:customStyle="1" w:styleId="FooterCharc">
    <w:name w:val="Footer Char"/>
    <w:basedOn w:val="DefaultParagraphFont"/>
    <w:uiPriority w:val="99"/>
    <w:rsid w:val="00E618BF"/>
  </w:style>
  <w:style w:type="character" w:customStyle="1" w:styleId="Heading1Charc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c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c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c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c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c">
    <w:name w:val="Body Text Char"/>
    <w:basedOn w:val="DefaultParagraphFont"/>
    <w:uiPriority w:val="99"/>
    <w:rsid w:val="00AA1D8D"/>
  </w:style>
  <w:style w:type="character" w:customStyle="1" w:styleId="BodyText2Charc">
    <w:name w:val="Body Text 2 Char"/>
    <w:basedOn w:val="DefaultParagraphFont"/>
    <w:uiPriority w:val="99"/>
    <w:rsid w:val="00AA1D8D"/>
  </w:style>
  <w:style w:type="character" w:customStyle="1" w:styleId="BodyText3Charc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c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c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c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c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c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c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c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c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c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1">
    <w:name w:val="Header Char1"/>
    <w:basedOn w:val="DefaultParagraphFont"/>
    <w:link w:val="Header"/>
    <w:uiPriority w:val="99"/>
    <w:rsid w:val="00E618BF"/>
  </w:style>
  <w:style w:type="character" w:customStyle="1" w:styleId="FooterChar1">
    <w:name w:val="Footer Char1"/>
    <w:basedOn w:val="DefaultParagraphFont"/>
    <w:link w:val="Footer"/>
    <w:uiPriority w:val="99"/>
    <w:rsid w:val="00E618BF"/>
  </w:style>
  <w:style w:type="character" w:customStyle="1" w:styleId="Heading1Char1">
    <w:name w:val="Heading 1 Char1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1">
    <w:name w:val="Heading 2 Char1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1">
    <w:name w:val="Title Char1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1">
    <w:name w:val="Subtitle Char1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1">
    <w:name w:val="Body Text Char1"/>
    <w:basedOn w:val="DefaultParagraphFont"/>
    <w:link w:val="BodyText"/>
    <w:uiPriority w:val="99"/>
    <w:rsid w:val="00AA1D8D"/>
  </w:style>
  <w:style w:type="character" w:customStyle="1" w:styleId="BodyText2Char1">
    <w:name w:val="Body Text 2 Char1"/>
    <w:basedOn w:val="DefaultParagraphFont"/>
    <w:link w:val="BodyText2"/>
    <w:uiPriority w:val="99"/>
    <w:rsid w:val="00AA1D8D"/>
  </w:style>
  <w:style w:type="character" w:customStyle="1" w:styleId="BodyText3Char1">
    <w:name w:val="Body Text 3 Char1"/>
    <w:basedOn w:val="DefaultParagraphFont"/>
    <w:link w:val="BodyText3"/>
    <w:uiPriority w:val="99"/>
    <w:rsid w:val="00AA1D8D"/>
    <w:rPr>
      <w:sz w:val="16"/>
      <w:szCs w:val="16"/>
    </w:rPr>
  </w:style>
  <w:style w:type="character" w:customStyle="1" w:styleId="MacroTextChar1">
    <w:name w:val="Macro Text Char1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character" w:customStyle="1" w:styleId="QuoteChar1">
    <w:name w:val="Quote Char1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14</Pages>
  <Words>4396</Words>
  <Characters>25063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29401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BIPUL PAUL</cp:lastModifiedBy>
  <cp:revision>3</cp:revision>
  <dcterms:created xsi:type="dcterms:W3CDTF">2013-12-23T23:15:00Z</dcterms:created>
  <dcterms:modified xsi:type="dcterms:W3CDTF">2025-11-22T20:07:00Z</dcterms:modified>
  <cp:category/>
</cp:coreProperties>
</file>