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0AF44" w14:textId="50D8CE80" w:rsidR="007E7159" w:rsidRDefault="00000000" w:rsidP="003C56AA">
      <w:r>
        <w:t>॥ মানুষের মন ॥</w:t>
      </w:r>
      <w:r>
        <w:br/>
        <w:t>বিস্ফোরণের ঠিক পূর্ব মুহূর্ত।</w:t>
      </w:r>
      <w:r>
        <w:br/>
        <w:t>বারুদ দিয়ে তৈরী পলতেতে আগুন ধরালে সে আগুন যেমন</w:t>
      </w:r>
      <w:r>
        <w:br/>
        <w:t>বিদ্যুৎগতিতে এগিয়ে চলে বিস্ফোরকের মুখের দিকে, ঠিক তেমনি</w:t>
      </w:r>
      <w:r>
        <w:br/>
        <w:t>ভাবেই স্বামী-স্ত্রীর কথাবার্তার সুর চরম সংঘাতের দিকে এগিয়ে</w:t>
      </w:r>
      <w:r>
        <w:br/>
        <w:t>চলেছিল।</w:t>
      </w:r>
      <w:r>
        <w:br/>
        <w:t>ভবেন্দ্র বললে,—হ্যাঁ তোমার নাম সার্থক, তুমি সুভাষিণী</w:t>
      </w:r>
      <w:r>
        <w:br/>
        <w:t>বটে। এত বিষ তোমার কথায়! সম্ভবত সমুদ্র মন্থনের শেষ</w:t>
      </w:r>
      <w:r>
        <w:br/>
        <w:t>কল্লোল-যে কল্লোলের সঙ্গে হলাহল উঠেছিল, তারই ধ্বনি</w:t>
      </w:r>
      <w:r>
        <w:br/>
        <w:t>ভগবান তোমার কণ্ঠে দিয়েছিলেন! ওই থেকেই তৈরী হয়েছে</w:t>
      </w:r>
      <w:r>
        <w:br/>
        <w:t>তোমার ভাষা।</w:t>
      </w:r>
      <w:r>
        <w:br/>
        <w:t>শিক্ষিত চিন্তাশীল মানুষ 'ভবেন্দ্র; হুঙ্কার দিল না, স্কুল ভাবে</w:t>
      </w:r>
      <w:r>
        <w:br/>
        <w:t>আঘাত করলে না, কিন্তু সুভাষিণীর অন্তর ভেদ করে সব যেন</w:t>
      </w:r>
      <w:r>
        <w:br/>
        <w:t>ছিন্ন-বিচ্ছিন্ন করে দিলে। ছেলেবেলায় সুভাষিণী গল্প শুনেছিল</w:t>
      </w:r>
      <w:r>
        <w:br/>
        <w:t>এক সিদ্ধ অস্ত্রনির্মাতার; সে তলোয়ার তৈরী করত- বড় বড় গাছের</w:t>
      </w:r>
      <w:r>
        <w:br/>
        <w:t>কাণ্ড যে তলোয়ারের কোপে দ্বিখণ্ডিত হয়ে যেত কিন্তু পড়ে যেত</w:t>
      </w:r>
      <w:r>
        <w:br/>
        <w:t>না। যেমনকার গাছ তেমনি দাঁড়িয়েই থাকত, শুধু শুকিয়ে যেত</w:t>
      </w:r>
      <w:r>
        <w:br/>
        <w:t>তার পত্রপল্লব-ঝরে পড়ত ফুল-ফল। এ যেন তেমনি আঘাত।</w:t>
      </w:r>
      <w:r>
        <w:br/>
        <w:t>সুভাষিণী পল্লীগ্রামের বড়লোকের ঘরের মেয়ে, শিক্ষিতা নয়, কিন্তু</w:t>
      </w:r>
      <w:r>
        <w:br/>
        <w:t>মুখরা, প্রচণ্ড মুখরা; স্বামীর কথার সূত্র অনুসরণ ক'রে পৌরাণিক</w:t>
      </w:r>
      <w:r>
        <w:br/>
        <w:t>উপমা সংগ্রহ করেই সে উত্তর দিলে, আর তোমার? তোমার</w:t>
      </w:r>
      <w:r>
        <w:br/>
        <w:t>কথার পরতে পরতে অমৃত! সুধা! সুধা ঝরে পড়ছে। ব্রজের</w:t>
      </w:r>
      <w:r>
        <w:br/>
        <w:t>বাঁশীর মধুর সুরের ধ্বনি তোমার কণ্ঠে ভগবান দিয়েছেন-না?</w:t>
      </w:r>
      <w:r>
        <w:br/>
      </w:r>
    </w:p>
    <w:p w14:paraId="2EC0A111" w14:textId="77777777" w:rsidR="007E7159" w:rsidRDefault="00000000" w:rsidP="003C56AA">
      <w:r>
        <w:br w:type="page"/>
      </w:r>
    </w:p>
    <w:p w14:paraId="2EEFC917" w14:textId="2876DCB1" w:rsidR="007E7159" w:rsidRDefault="00000000" w:rsidP="003C56AA">
      <w:r>
        <w:lastRenderedPageBreak/>
        <w:t>এর পরই সে ফেটে পড়ল, চীৎকার ক'রে ব'লে উঠল,-তুমি</w:t>
      </w:r>
      <w:r>
        <w:br/>
        <w:t>বল না মন্দ কথা?</w:t>
      </w:r>
      <w:r>
        <w:br/>
        <w:t>শান্ত স্বরে ভবেন বললে, না। মন্দ কথা, অন্যায় কথা,</w:t>
      </w:r>
      <w:r>
        <w:br/>
        <w:t>কুৎসিত কথা আমি বলি না। আমি বলি কঠোর সত্য কথা।</w:t>
      </w:r>
      <w:r>
        <w:br/>
        <w:t>তুমি তা সহ্য করতে পার না। হাত-পা থাকলেই মানুষ হয় না</w:t>
      </w:r>
      <w:r>
        <w:br/>
        <w:t>সুভাষিণী; আকৃতির সঙ্গে প্রকৃতির পরিবর্তনের দরকার হয়।</w:t>
      </w:r>
      <w:r>
        <w:br/>
        <w:t>সূর্যের আলোকে সহ্য করতে পারে না বলে পশু দিনের বেলা</w:t>
      </w:r>
      <w:r>
        <w:br/>
        <w:t>লুকিয়ে থাকে জঙ্গলের অন্ধকারে-গুহার অন্ধকারে। মানুষের</w:t>
      </w:r>
      <w:r>
        <w:br/>
        <w:t>মধ্যে প্রকৃতিতে যারা পশুত্বকে ছাড়াতে পারে না তারা সত্যকে</w:t>
      </w:r>
      <w:r>
        <w:br/>
        <w:t>ভয় করে সূর্যের আলোর মত। সূর্যের আলো শুধু তো সাদাই</w:t>
      </w:r>
      <w:r>
        <w:br/>
        <w:t>নয়, তার উত্তাপ আছে, কঠোর উত্তাপ।</w:t>
      </w:r>
      <w:r>
        <w:br/>
        <w:t>-তার মানে আমি পশু, আমি জানোয়ার?</w:t>
      </w:r>
      <w:r>
        <w:br/>
        <w:t>-যে চীৎকারটা তুমি করছ সুভাষিণী, সে কি শুনতে পাচ্ছ</w:t>
      </w:r>
      <w:r>
        <w:br/>
        <w:t>না? বুঝতে পারছ না জানোয়ারের গর্জনের সঙ্গে কতখানি</w:t>
      </w:r>
      <w:r>
        <w:br/>
        <w:t>মিল রয়েছে? একটু এগিয়ে যাও ওই আয়নাটার দিকে-</w:t>
      </w:r>
      <w:r>
        <w:br/>
        <w:t>নিজের মুখের চেহারা দেখ, তোমার পরিষ্কার দাঁতের ডগায়</w:t>
      </w:r>
      <w:r>
        <w:br/>
        <w:t>কি ধার ঝিলিক মারছে দেখ। তা হ'লে বুঝতে পারবে!</w:t>
      </w:r>
      <w:r>
        <w:br/>
        <w:t>সুভাষিণী শরবিদ্ধ পশুর মত যন্ত্রণায় অধীর হয়ে নিজের</w:t>
      </w:r>
      <w:r>
        <w:br/>
        <w:t>আহত স্থানটিকে কামড়ে ধরতে চাইলে; ভাবলে, ওইখানেই</w:t>
      </w:r>
      <w:r>
        <w:br/>
        <w:t>আছে তার আঘাতকারী শত্রু। সে নিষ্ঠুর ক্রোধে দেওয়ালের</w:t>
      </w:r>
      <w:r>
        <w:br/>
        <w:t>গায়ে নিজের মাথা ঠুকে বলে উঠল,-মরুক মরুক, জানোয়ার</w:t>
      </w:r>
      <w:r>
        <w:br/>
        <w:t>মরুক; তোমার শিকার করা সার্থক হোক।</w:t>
      </w:r>
      <w:r>
        <w:br/>
        <w:t>ভবেন্দ্র দাঁড়িয়ে রইল, এক পা এগিয়ে গেল না তাকে ধরতে,</w:t>
      </w:r>
      <w:r>
        <w:br/>
        <w:t>বা একটি কথা বললে না সুভাষিণীকে ক্ষান্ত হবার জন্য। সে</w:t>
      </w:r>
      <w:r>
        <w:br/>
        <w:t>জানে সুভাষিণী এ ভাবে মাথা ঠুকে মরতে পারে না। জীবনে</w:t>
      </w:r>
      <w:r>
        <w:br/>
        <w:t>স্বার্থই যার সর্বস্ব, সামান্য এতটুকু পার্থিব বস্তু যে ত্যাগ করতে</w:t>
      </w:r>
      <w:r>
        <w:br/>
      </w:r>
      <w:r>
        <w:br/>
      </w:r>
    </w:p>
    <w:p w14:paraId="40024EDF" w14:textId="77777777" w:rsidR="007E7159" w:rsidRDefault="00000000" w:rsidP="003C56AA">
      <w:r>
        <w:br w:type="page"/>
      </w:r>
    </w:p>
    <w:p w14:paraId="3398A0D9" w14:textId="72FD441F" w:rsidR="007E7159" w:rsidRDefault="00000000" w:rsidP="003C56AA">
      <w:r>
        <w:lastRenderedPageBreak/>
        <w:t>পারে না, সে জীবন ত্যাগ করবে কি করে? কয়েক মুহূর্ত</w:t>
      </w:r>
      <w:r>
        <w:br/>
        <w:t>পরেই ভবেন্দ্রের অনুমান সত্য হ'ল, সুভাষিণী দেওয়ালের কাছ</w:t>
      </w:r>
      <w:r>
        <w:br/>
        <w:t>থেকে প্রায় ছুটে এগিয়ে এল ভবেন্দ্রের দিকে। এবার ভবেন্দ্র</w:t>
      </w:r>
      <w:r>
        <w:br/>
        <w:t>শিউরে উঠল। সুভাষিণীর কপাল ফুলে উঠেছে, খানিকটা ছেঁচে</w:t>
      </w:r>
      <w:r>
        <w:br/>
        <w:t>গিয়েছে, রক্ত বেরিয়ে আসছে সেই ক্ষতস্থান থেকে। ভবেন বলে</w:t>
      </w:r>
      <w:r>
        <w:br/>
        <w:t>উঠল, -সুভাষিণী!</w:t>
      </w:r>
      <w:r>
        <w:br/>
        <w:t>গ্রাহ্য করলে না সুভাষিণী, সে শেষ আক্রমণ করবার জন্য দাঁত</w:t>
      </w:r>
      <w:r>
        <w:br/>
        <w:t>নখ বের ক'রে ছুটে এসেছে, টুক্রো টুক্রো করে ছিড়ে ফেলবে</w:t>
      </w:r>
      <w:r>
        <w:br/>
        <w:t>সে ভবেন্দ্রকে। এবার সে উলঙ্গ আক্রমণ করলে, বললে-আমি</w:t>
      </w:r>
      <w:r>
        <w:br/>
        <w:t>জানোয়ার, তুমি দেবতা! তুমি অক্ষম, তুমি অপদার্থ, উপার্জন</w:t>
      </w:r>
      <w:r>
        <w:br/>
        <w:t>করবার তোমার ক্ষমতা নেই, তাই তুমি পরোপকার আর</w:t>
      </w:r>
      <w:r>
        <w:br/>
        <w:t>দেশোদ্ধারের ভাণ করে মাথা উঁচু করে টো-টো ক'রে ঘুরে</w:t>
      </w:r>
      <w:r>
        <w:br/>
        <w:t>বেড়াও, জেল খাট। তুমি স্ত্রীর টাকা দান করে দাতা সাজ।</w:t>
      </w:r>
      <w:r>
        <w:br/>
        <w:t>অর্থ তোমার নেই, তাই তুমি নিঃস্বার্থ। লজ্জা করে না তোমার,</w:t>
      </w:r>
      <w:r>
        <w:br/>
        <w:t>আমার বাপের দেওয়া টাকা এই ভাবে খরচ করতে? তোমার</w:t>
      </w:r>
      <w:r>
        <w:br/>
        <w:t>বাপের ভিটে দেনার দায়ে নীলামে চড়ে, আমার বাপের দেওয়া</w:t>
      </w:r>
      <w:r>
        <w:br/>
        <w:t>টাকায় দেনা শোধ করে সে ভিটে বাঁচে। তুমি যাও সত্যাগ্রহ</w:t>
      </w:r>
      <w:r>
        <w:br/>
        <w:t>করতে! একবারও মনে ভেবে দেখ না, যুবতী স্ত্রী কি খাবে,</w:t>
      </w:r>
      <w:r>
        <w:br/>
        <w:t>কি পরবে, কে দেখবে তাকে! তার ওপর তুমি পঞ্চাশ-পঞ্চান্নটা</w:t>
      </w:r>
      <w:r>
        <w:br/>
        <w:t>ভিখিরী জুটিয়ে এনেছ, তাদের খেতে দেবে ব'লে। তাতেই</w:t>
      </w:r>
      <w:r>
        <w:br/>
        <w:t>আমি আপত্তি করেছি, সেইজন্য আমি জানোয়ার। নির্লজ্জ</w:t>
      </w:r>
      <w:r>
        <w:br/>
        <w:t>কোথাকার, বেহায়া কোথাকার! ভিখিরী যে সেও ভিক্ষে</w:t>
      </w:r>
      <w:r>
        <w:br/>
        <w:t>করে স্ত্রীকে খেতে-পরতে দেয়, চোর চুরি ক'রে স্ত্রীকে প্রতিপালন</w:t>
      </w:r>
      <w:r>
        <w:br/>
        <w:t>করে।</w:t>
      </w:r>
      <w:r>
        <w:br/>
        <w:t>ভবেন্দ্র মাথা হেঁট করে পিছন ফিরলে। দরজার দিকে পা</w:t>
      </w:r>
      <w:r>
        <w:br/>
        <w:t>বাড়ালে।</w:t>
      </w:r>
      <w:r>
        <w:br/>
      </w:r>
      <w:r>
        <w:br/>
      </w:r>
    </w:p>
    <w:p w14:paraId="015F6486" w14:textId="77777777" w:rsidR="007E7159" w:rsidRDefault="00000000" w:rsidP="003C56AA">
      <w:r>
        <w:br w:type="page"/>
      </w:r>
    </w:p>
    <w:p w14:paraId="43A02B4B" w14:textId="792B4096" w:rsidR="007E7159" w:rsidRDefault="00000000" w:rsidP="003C56AA">
      <w:r>
        <w:lastRenderedPageBreak/>
        <w:t>পিছন থেকে তার জামার পিছনটা চেপে ধরলে সুভাষিণী।</w:t>
      </w:r>
      <w:r>
        <w:br/>
        <w:t>-কোথায় যাবে তুমি? উত্তর দিয়ে যাও আমার কথার।</w:t>
      </w:r>
      <w:r>
        <w:br/>
        <w:t>ভবেন্দ্র বললে,-জীবনের সাধ আমার মিটে গেল সুভাষিণী।</w:t>
      </w:r>
      <w:r>
        <w:br/>
        <w:t>তোমায় মুক্তি দিয়ে আমিও মুক্তি নিতে চল্লাম। ছেড়ে দাও</w:t>
      </w:r>
      <w:r>
        <w:br/>
        <w:t>আমাকে।</w:t>
      </w:r>
      <w:r>
        <w:br/>
        <w:t>নিষ্ঠুর বিদ্রূপে ব্যঙ্গ করলে সুভাষিণী, ছেড়ে দাও আমাকে!</w:t>
      </w:r>
      <w:r>
        <w:br/>
        <w:t>আমাকে মুক্তি দিতে যাচ্ছেন, মুক্তপুরুষ, সাধুপুরুষ! দাঁত দাঁত</w:t>
      </w:r>
      <w:r>
        <w:br/>
        <w:t>চেপে কঠিন স্বরে সে আবার বললে, আমার দেনা শোধ কর</w:t>
      </w:r>
      <w:r>
        <w:br/>
        <w:t>তুমি। আজ পর্যন্ত তোমার কাছ থেকে সাড়ে তিন হাজার</w:t>
      </w:r>
      <w:r>
        <w:br/>
        <w:t>টাকা পাব। যখন যা দিয়েছি-পাই-পয়সা আমি লিখে</w:t>
      </w:r>
      <w:r>
        <w:br/>
        <w:t>রেখেছি।</w:t>
      </w:r>
      <w:r>
        <w:br/>
        <w:t>ভবেন্দ্র বললে, -জন্মান্তর। জন্মান্তরে সুদ শুদ্ধ শোধ করবো।</w:t>
      </w:r>
      <w:r>
        <w:br/>
        <w:t>বলেই সে জোর করে জামার খুঁটা ছাড়িয়ে নিয়ে বেরিয়ে</w:t>
      </w:r>
      <w:r>
        <w:br/>
        <w:t>গেল।</w:t>
      </w:r>
      <w:r>
        <w:br/>
        <w:t>সুভাষিণীও কঠিন ক্রোধে ছুটে নেমে এল নীচে। কিন্তু</w:t>
      </w:r>
      <w:r>
        <w:br/>
        <w:t>ভবেন্দ্র দ্রুততর গতিতে বাড়ী থেকে বেরিয়ে গেছে। কয়েক</w:t>
      </w:r>
      <w:r>
        <w:br/>
        <w:t>মুহূর্ত স্তব্ধ হয়ে সে দাঁড়িয়ে রইল উঠানে-তারপর উপরে উঠে</w:t>
      </w:r>
      <w:r>
        <w:br/>
        <w:t>গেল, ঘরে খিল দিয়ে খুঁজতে লাগল একগাছা দড়ি, একটা</w:t>
      </w:r>
      <w:r>
        <w:br/>
        <w:t>টেবিল, একটা টুল; উপরের দিয়ে চেয়ে দেখলে, খড়ে ছাওয়া</w:t>
      </w:r>
      <w:r>
        <w:br/>
        <w:t>কোঠা ঘর, তালের কড়িগুলো অনেক উঁচুতে। অনেক উঁচু!</w:t>
      </w:r>
      <w:r>
        <w:br/>
        <w:t>তা-হোক! হোক অনেক উঁচু, খাটের উপরে টেবিল, তার উপরে</w:t>
      </w:r>
      <w:r>
        <w:br/>
        <w:t>চেয়ার, তার উপরে টুল, নাগাল পাওয়া যাবেই! দড়ি পাওয়া</w:t>
      </w:r>
      <w:r>
        <w:br/>
        <w:t>যাবে বাইরের ঘরের পূব দিকের দেয়ালের কাছে যে কাঠের</w:t>
      </w:r>
      <w:r>
        <w:br/>
        <w:t>সিন্দুকটা আছে তার ভিতর। চাষের জিনিসের মধ্যে আছে</w:t>
      </w:r>
      <w:r>
        <w:br/>
        <w:t>লাঙলের দড়ি। হাতে পাকানো শণের মজবুত দড়ি-অন্তত হাত</w:t>
      </w:r>
      <w:r>
        <w:br/>
        <w:t>আষ্টেক লম্বা!</w:t>
      </w:r>
      <w:r>
        <w:br/>
      </w:r>
      <w:r>
        <w:br/>
      </w:r>
    </w:p>
    <w:p w14:paraId="72A9A214" w14:textId="77777777" w:rsidR="007E7159" w:rsidRDefault="00000000" w:rsidP="003C56AA">
      <w:r>
        <w:br w:type="page"/>
      </w:r>
    </w:p>
    <w:p w14:paraId="70BBC9A8" w14:textId="0B59A6EB" w:rsidR="007E7159" w:rsidRDefault="00000000" w:rsidP="003C56AA">
      <w:r>
        <w:lastRenderedPageBreak/>
        <w:t>টেবিলটা টানলে সে।</w:t>
      </w:r>
      <w:r>
        <w:br/>
        <w:t>ঠোঁটে তার অতি নিষ্ঠুর ব্যঙ্গহাস্য ফুটে উঠেছে। যত ধারাল,</w:t>
      </w:r>
      <w:r>
        <w:br/>
        <w:t>তত বাঁকা। ঠোঁট দুটি সত্যসত্যই গুণ দেওয়া ধনুকের মত বেঁকে</w:t>
      </w:r>
      <w:r>
        <w:br/>
        <w:t>গেছে।</w:t>
      </w:r>
      <w:r>
        <w:br/>
        <w:t>লোকে তাকে বলে ভাগ্যবতী। স্বামীভাগ্যে ভাগ্যবতী!</w:t>
      </w:r>
      <w:r>
        <w:br/>
        <w:t>রূপবান, গুণবান, মহৎ, পণ্ডিতলোক ভবেন্দ্র! লোকে বলে এ</w:t>
      </w:r>
      <w:r>
        <w:br/>
        <w:t>গ্রাম বহু তপস্যা করে তাকে পেয়েছে।</w:t>
      </w:r>
      <w:r>
        <w:br/>
        <w:t>গুণবান! মহৎ! পণ্ডিত!</w:t>
      </w:r>
      <w:r>
        <w:br/>
        <w:t>তার বাবা এবং মাও এই ভ্রান্তিতে আচ্ছন্ন হয়ে তাকে ভাসিয়ে</w:t>
      </w:r>
      <w:r>
        <w:br/>
        <w:t>দিয়ে গেছেন। গ্রামেরই ছেলে ভবেন্দ্র, শাস্ত্রজ্ঞ পণ্ডিত ছিলেন</w:t>
      </w:r>
      <w:r>
        <w:br/>
        <w:t>তার বাবা, লোকে বলত নির্লোভ মানুষ। দেহের গৌরবর্ণের</w:t>
      </w:r>
      <w:r>
        <w:br/>
        <w:t>স্নিগ্ধতার দিকে মুগ্ধ দৃষ্টিতে চেয়ে তারা বলত, বর্ণচ্ছটা এমন হয়</w:t>
      </w:r>
      <w:r>
        <w:br/>
        <w:t>না-এ হল পুণ্যচ্ছটা। একটি শিশু ছেলে আর একটি শিশু মেয়ে</w:t>
      </w:r>
      <w:r>
        <w:br/>
        <w:t>রেখে মারা যান; মা ছিলেন বিনীতা, মধুর স্বভাবের মেয়ে-</w:t>
      </w:r>
      <w:r>
        <w:br/>
        <w:t>তিনিই মানুষ করেছিলেন ছেলেকে মেয়েকে। মেয়ের বিবাহ</w:t>
      </w:r>
      <w:r>
        <w:br/>
        <w:t>দিতে ব্রহ্মত্র জমিটুকু বিক্রী করেছিলেন। ভিটেটুকু বন্ধক</w:t>
      </w:r>
      <w:r>
        <w:br/>
        <w:t>দিয়েছিলেন। যজমানদের সাহায্যে চলত সংসার। দীপ্তিমান</w:t>
      </w:r>
      <w:r>
        <w:br/>
        <w:t>ছেলেটি, স্থানীয় স্কুলে ছিল ফ্রি। ইস্কুলের নাম উজ্জ্বল করবে-</w:t>
      </w:r>
      <w:r>
        <w:br/>
        <w:t>ভরসা করতেন শিক্ষকেরা।</w:t>
      </w:r>
      <w:r>
        <w:br/>
        <w:t>সুভাষিণীর ঠোঁট দুটি আরো বেঁকে গেল। যেন ছিলায় ধরে</w:t>
      </w:r>
      <w:r>
        <w:br/>
        <w:t>টান দিলে ধনুকে। দীপ্তি! ঝকমকানি দেখলেই মানুষ তাতে</w:t>
      </w:r>
      <w:r>
        <w:br/>
        <w:t>দেয় মহামূল্য। গিল্টিকে ভুল করে সোনা বলে, কাচকে ভ্রম</w:t>
      </w:r>
      <w:r>
        <w:br/>
        <w:t>করে হীরা বলে! বাবাও তার সেই ভ্রম করেছিলেন। একদিন</w:t>
      </w:r>
      <w:r>
        <w:br/>
        <w:t>রেল স্টেশনে তিনি নামছিলেন ট্রেন থেকে। দেখলেন, লাইনের</w:t>
      </w:r>
      <w:r>
        <w:br/>
        <w:t>ডি-টি-এস্ একজন ইংরেজের সঙ্গে মাথা উঁচু করে নির্ভয়ে বাদ-</w:t>
      </w:r>
      <w:r>
        <w:br/>
        <w:t>প্রতিবাদ করছে ভবেন্দ্র। দীপ্ত গৌরবর্ণ কিশোর যেন অকম্পিত</w:t>
      </w:r>
      <w:r>
        <w:br/>
      </w:r>
      <w:r>
        <w:br/>
      </w:r>
    </w:p>
    <w:p w14:paraId="6F341D8D" w14:textId="77777777" w:rsidR="007E7159" w:rsidRDefault="00000000" w:rsidP="003C56AA">
      <w:r>
        <w:br w:type="page"/>
      </w:r>
    </w:p>
    <w:p w14:paraId="3D5E9D3D" w14:textId="0965328E" w:rsidR="007E7159" w:rsidRDefault="00000000" w:rsidP="003C56AA">
      <w:r>
        <w:lastRenderedPageBreak/>
        <w:t>শিখার মত জ্বলছে। বোর্ডিংয়ের একটি ছেলে স্টেশন কম্পাউণ্ডের</w:t>
      </w:r>
      <w:r>
        <w:br/>
        <w:t>গাছ থেকে ফুল পাড়ছিল। সায়েব ছিলেন লাইনের উপর, কেটে-</w:t>
      </w:r>
      <w:r>
        <w:br/>
        <w:t>রাখা সেলুনের মধ্যে। ইনস্পেকশনে এসেছিলেন। তিনি ছেলেটিকে</w:t>
      </w:r>
      <w:r>
        <w:br/>
        <w:t>ডেকে চোর বলে অপমান করেই ক্ষান্ত হননি--তাকে উপলক্ষ্য</w:t>
      </w:r>
      <w:r>
        <w:br/>
        <w:t>করে সমস্ত দেশীয় ছেলেকেই চোরের জাত, নিগারের জাত</w:t>
      </w:r>
      <w:r>
        <w:br/>
        <w:t>বলে গাল দিয়েছিলেন। ভবেন্দ্রও ছিল সেখানে, সে নির্ভয়ে</w:t>
      </w:r>
      <w:r>
        <w:br/>
        <w:t>সায়েবের গাড়ীর হাতল খুলে গাড়ীতে ঢুকে প্রতিবাদ করেছিল।</w:t>
      </w:r>
      <w:r>
        <w:br/>
        <w:t>সুভাষিণীর বাপ ছিলেন বড় ব্যবসায়ী। তিনি সেদিন না থাকলে</w:t>
      </w:r>
      <w:r>
        <w:br/>
        <w:t>হয় তো ভবেন্দ্র সেই দিনই জেলে যেত। ইংরেজ রাজত্ব। খাস</w:t>
      </w:r>
      <w:r>
        <w:br/>
        <w:t>ইংরেজ ডি, টি, এস্! সুভাষিণীর বাবা ভবেন্দ্রের সাহস দেখে</w:t>
      </w:r>
      <w:r>
        <w:br/>
        <w:t>মুগ্ধ হয়ে গেলেন। সেদিন বাড়ী ফিরেই সুভাষিণীর মাকে</w:t>
      </w:r>
      <w:r>
        <w:br/>
        <w:t>বলেছিলেন, ছেলেটিকে জামাই করলে হয় না? সুভাষিণীর মা</w:t>
      </w:r>
      <w:r>
        <w:br/>
        <w:t>স্বামীর মুখের দিকে চেয়ে বলেছিলেন,-ঠাট্টা করছ, না সত্যি</w:t>
      </w:r>
      <w:r>
        <w:br/>
        <w:t>বলছো? বড় ভাল ছেলে। আমার সাধ হয়। আমার চোখের</w:t>
      </w:r>
      <w:r>
        <w:br/>
        <w:t>সামনে থাকে। তা ছাড়া, কিছু মনে করো না, যে মুখরার</w:t>
      </w:r>
      <w:r>
        <w:br/>
        <w:t>বংশ তোমাদের! গাঁয়ে ঘরে গরীবের ছেলে-বিয়ে দিলে</w:t>
      </w:r>
      <w:r>
        <w:br/>
        <w:t>সুভাষিণীর আদর হবে।</w:t>
      </w:r>
      <w:r>
        <w:br/>
        <w:t>বাবা বলেছিলেন,-মন্দ বলনি। দেখি, ভেৰে দেখি। আমার</w:t>
      </w:r>
      <w:r>
        <w:br/>
        <w:t>সাধ বিদ্বান জামাইয়ের। আমার ছেলেরা তো বড়লোকের</w:t>
      </w:r>
      <w:r>
        <w:br/>
        <w:t>ছেলে, লেখাপড়া শিখলে না! ও ছেলে লেখাপড়া শিখবে।</w:t>
      </w:r>
      <w:r>
        <w:br/>
        <w:t>কি সুভো, বিয়ে করবি ওই ভবেনকে?</w:t>
      </w:r>
      <w:r>
        <w:br/>
        <w:t>সুভাষিণীর বয়স তখন সবে এগারো, সে হেসে পালিয়ে</w:t>
      </w:r>
      <w:r>
        <w:br/>
        <w:t>গিয়েছিল। তার ভাল লাগত ভবেনকে। সুভাষিণীর ছোড়দার</w:t>
      </w:r>
      <w:r>
        <w:br/>
        <w:t>সঙ্গে পড়ত। ছোড়দা কোন রকমে পাশ করত, ভবেন হ'ত ফার্স্ট।</w:t>
      </w:r>
      <w:r>
        <w:br/>
        <w:t>ছোড়দার সঙ্গে সুভাষিণীর ছিল ঝগড়া; ছোড়দা কোন মতেই</w:t>
      </w:r>
      <w:r>
        <w:br/>
        <w:t>দেখতে পারত না ভবেনকে, তাই সুভাষিণীর ভাল লাগত তাকে।</w:t>
      </w:r>
      <w:r>
        <w:br/>
      </w:r>
    </w:p>
    <w:p w14:paraId="71C3001A" w14:textId="77777777" w:rsidR="007E7159" w:rsidRDefault="00000000" w:rsidP="003C56AA">
      <w:r>
        <w:br w:type="page"/>
      </w:r>
    </w:p>
    <w:p w14:paraId="60E7E891" w14:textId="0A51395F" w:rsidR="007E7159" w:rsidRDefault="00000000" w:rsidP="003C56AA">
      <w:r>
        <w:lastRenderedPageBreak/>
        <w:t>শুধু ওই জন্যেই নয়, আরও কিছুর জন্যেও ভাল লাগত। ওই.</w:t>
      </w:r>
      <w:r>
        <w:br/>
        <w:t>গিল্টির ঝকমকানিতে সেও ভুলেছিল। গৌরবর্ণ দীর্ঘ দেহ</w:t>
      </w:r>
      <w:r>
        <w:br/>
        <w:t>ছেলেটিকে দেখে তারও ভাল লাগত।</w:t>
      </w:r>
      <w:r>
        <w:br/>
        <w:t>যাক্-আজ হয়ে যাক সে ভাল-লাগার প্রায়শ্চিত্ত। সে</w:t>
      </w:r>
      <w:r>
        <w:br/>
        <w:t>টেবিলটাকে টেনে তুলতে লাগল খাটের উপর। ভারী টেবিল,</w:t>
      </w:r>
      <w:r>
        <w:br/>
        <w:t>খাটের উপরে উঠে টেবিলখানাকে টানলে; কিন্তু ঝোঁক সামলাতে</w:t>
      </w:r>
      <w:r>
        <w:br/>
        <w:t>পারলে না, মাথা নিচু করে পড়ে গেল, টেবিলটা উল্টে গিয়ে</w:t>
      </w:r>
      <w:r>
        <w:br/>
        <w:t>তারই টানে মাটিতে আছাড় খেয়ে পড়ল।</w:t>
      </w:r>
      <w:r>
        <w:br/>
        <w:t>ভবেন চলেছিল ট্রেনে। একটা কামরার এক কোণে চোখ</w:t>
      </w:r>
      <w:r>
        <w:br/>
        <w:t>বুজে সে বসে ছিল। আজ সে মুক্তি পেয়েছে।</w:t>
      </w:r>
      <w:r>
        <w:br/>
        <w:t>যৌবনের প্রারম্ভে একটা নিদারুণ ভ্রান্তির ফলে নাগপাশে</w:t>
      </w:r>
      <w:r>
        <w:br/>
        <w:t>জড়িয়ে ফেলেছিল নিজেকে। স্কলারশিপ পেলে ম্যাট্রিকে।</w:t>
      </w:r>
      <w:r>
        <w:br/>
        <w:t>সুভাষিণীর বাপ-এ অঞ্চলের প্রসিদ্ধ ধনী, তার সঙ্গে মেয়ের বিয়ে</w:t>
      </w:r>
      <w:r>
        <w:br/>
        <w:t>দিতে চাইলেন। ভবেন মনে করলে এ তার বিশ্বজয়ের গৌরব।</w:t>
      </w:r>
      <w:r>
        <w:br/>
        <w:t>হায় রে ভ্রান্তি! পল্লীগ্রামের দরিদ্রের সন্তান, বিশ্ব তার কাছে</w:t>
      </w:r>
      <w:r>
        <w:br/>
        <w:t>তখন এমনি ছোটই ছিল। এ অঞ্চলের রাজা; তিনিই ছিলেন</w:t>
      </w:r>
      <w:r>
        <w:br/>
        <w:t>তার কাছে পৃথিবীর রাজা। দাম্ভিক ধনী তার কাছে মাথা হেঁট</w:t>
      </w:r>
      <w:r>
        <w:br/>
        <w:t>করলেন! তখন সে কি ভেবেছিল-ধনীর ওই কন্যাটির অন্তর</w:t>
      </w:r>
      <w:r>
        <w:br/>
        <w:t>এত কদর্য। স্বার্থপর সুভাষিণী; অহঙ্কতা দুর্বিনীতা সুভাষিণী!</w:t>
      </w:r>
      <w:r>
        <w:br/>
        <w:t>আশ্চর্য! এতদিন--আজ সাত বৎসর তার সঙ্গে বাস করলে,</w:t>
      </w:r>
      <w:r>
        <w:br/>
        <w:t>তবু তার এতটুকু পরিবর্তন হল না! কলকাতায় পড়তে গেল</w:t>
      </w:r>
      <w:r>
        <w:br/>
        <w:t>ভবেন। বাইরের পৃথিবী দেখে তার চিত্ত সূর্যালোক-সংকেতে</w:t>
      </w:r>
      <w:r>
        <w:br/>
        <w:t>নূতন অঙ্কুরটির মত আকাশের দিকে মাথা ঠেলে উঠতে লাগল।</w:t>
      </w:r>
      <w:r>
        <w:br/>
        <w:t>তার বংশ-সম্পদের লোভ নেই। পুরুষানুক্রমে এই সাধনাই</w:t>
      </w:r>
      <w:r>
        <w:br/>
        <w:t>তারা ক'রে এসেছে। পণ্ডিতের বংশ, পরমরহস্যের সন্ধানই</w:t>
      </w:r>
      <w:r>
        <w:br/>
      </w:r>
      <w:r>
        <w:br/>
      </w:r>
    </w:p>
    <w:p w14:paraId="3BD1FE15" w14:textId="77777777" w:rsidR="007E7159" w:rsidRDefault="00000000" w:rsidP="003C56AA">
      <w:r>
        <w:br w:type="page"/>
      </w:r>
    </w:p>
    <w:p w14:paraId="020D4BB1" w14:textId="6912A56F" w:rsidR="007E7159" w:rsidRDefault="00000000" w:rsidP="003C56AA">
      <w:r>
        <w:lastRenderedPageBreak/>
        <w:t>ছিল তাদের বংশগত সাধনা। সেই সাধনা নূতন শিক্ষার খাতে</w:t>
      </w:r>
      <w:r>
        <w:br/>
        <w:t>পড়ে নূতন মুখে ছুটল। গ্রহণ করল সে গান্ধীজীর আদর্শ।</w:t>
      </w:r>
      <w:r>
        <w:br/>
        <w:t>আরম্ভ হল সংঘাত।</w:t>
      </w:r>
      <w:r>
        <w:br/>
      </w:r>
      <w:r>
        <w:br/>
        <w:t>সুভাষিণী বলেছিল,-মা গো! এ কি ছিরি করেছ নিজের!</w:t>
      </w:r>
      <w:r>
        <w:br/>
        <w:t>হাঁটু পর্যন্ত খাটো মোটা কাপড়, গায়ে একটা আধ বাঁইয়া-এর</w:t>
      </w:r>
      <w:r>
        <w:br/>
        <w:t>চেয়ে যে চাষাভূষোর পোশাক ভাল। মাথার চুল কদম-ফুলি</w:t>
      </w:r>
      <w:r>
        <w:br/>
        <w:t>করে ছেঁটেছ-আয়নাতে দেখেছ নিজের ছিরি?-ও সব ছাড়।</w:t>
      </w:r>
      <w:r>
        <w:br/>
        <w:t>ভবেন বলেছিল,-না; তোমাকেই বরং ছাড়তে হবে জর্জেট-</w:t>
      </w:r>
      <w:r>
        <w:br/>
        <w:t>বেনারসী-পপলিন।</w:t>
      </w:r>
      <w:r>
        <w:br/>
      </w:r>
      <w:r>
        <w:br/>
        <w:t>-কি দায় আমার। কেন ছাড়ব?</w:t>
      </w:r>
      <w:r>
        <w:br/>
        <w:t>-সে হবে না।</w:t>
      </w:r>
      <w:r>
        <w:br/>
        <w:t>-হবে না তোমার কথায়? এ সব তুমি দিয়েছ আমাকে?</w:t>
      </w:r>
      <w:r>
        <w:br/>
        <w:t>আমার বাবা আমায় টাকা দিয়ে গেছেন, সেই টাকায় আমি পরি।</w:t>
      </w:r>
      <w:r>
        <w:br/>
        <w:t>এই সুরু। তার পর একটার পর একটা। ভবেনের প্রথম</w:t>
      </w:r>
      <w:r>
        <w:br/>
        <w:t>জেল হ'ল হলওয়েল মনুমেন্ট অপসারণ আন্দোলন নিয়ে। বি, এ</w:t>
      </w:r>
      <w:r>
        <w:br/>
        <w:t>পরীক্ষা দেওয়া হ'ল না। জেল-গেটে আটক বন্দী হল। তারপর</w:t>
      </w:r>
      <w:r>
        <w:br/>
        <w:t>গ্রামে এসে কাজ শুরু করলে।</w:t>
      </w:r>
      <w:r>
        <w:br/>
      </w:r>
      <w:r>
        <w:br/>
        <w:t>সুভাষিণী বললে,- শেষে তুমি এই করলে! আমার কপালে</w:t>
      </w:r>
      <w:r>
        <w:br/>
        <w:t>আগুন ধরিয়ে দিলে? লেখাপড়া ছাড়লে, চাকরি করবে না-</w:t>
      </w:r>
      <w:r>
        <w:br/>
        <w:t>গাঁয়ের যত ছোটলোক নিয়ে পাঠশালা, সেবাসমিতি-এ করে শেষে</w:t>
      </w:r>
      <w:r>
        <w:br/>
        <w:t>খাবে কি? হাওয়া?</w:t>
      </w:r>
      <w:r>
        <w:br/>
        <w:t>ভবেন বলেছিল,- খাওয়াব তোমাকে আমি, নিশ্চিন্ত থাক।</w:t>
      </w:r>
      <w:r>
        <w:br/>
        <w:t>কিন্তু তার জন্যে আমার সঙ্গে খাটতে হবে।</w:t>
      </w:r>
      <w:r>
        <w:br/>
        <w:t>-খেটে খেতে হবে! কাজ নেই সে অগ্নে। আমার বাবা</w:t>
      </w:r>
      <w:r>
        <w:br/>
        <w:t>আমাকে পঁচিশ হাজার টাকা দিয়েছেন, তাতেই আমার চলে</w:t>
      </w:r>
      <w:r>
        <w:br/>
        <w:t>যাবে।</w:t>
      </w:r>
      <w:r>
        <w:br/>
      </w:r>
      <w:r>
        <w:br/>
      </w:r>
    </w:p>
    <w:p w14:paraId="531D7388" w14:textId="77777777" w:rsidR="007E7159" w:rsidRDefault="00000000" w:rsidP="003C56AA">
      <w:r>
        <w:br w:type="page"/>
      </w:r>
    </w:p>
    <w:p w14:paraId="2BE60506" w14:textId="38B05BDD" w:rsidR="007E7159" w:rsidRDefault="00000000" w:rsidP="003C56AA">
      <w:r>
        <w:lastRenderedPageBreak/>
        <w:t xml:space="preserve"> ভবেন খেতো মোটা চালের ভাত, দাল, একটা তরকারি।</w:t>
      </w:r>
      <w:r>
        <w:br/>
        <w:t>বাড়ীতে সে তার জন্যে স্বতন্ত্র রান্নার ব্যবস্থা করেছিল। সুভাষিণীর</w:t>
      </w:r>
      <w:r>
        <w:br/>
        <w:t>সংসারের জন্য ব্যবস্থা ছিল তার রুচিমত। এই নিয়ে অনেক</w:t>
      </w:r>
      <w:r>
        <w:br/>
        <w:t>অশান্তি হয়ে গেছে। সুভাষিণীর জেদ-তার রুচি অনুসারে খেতে</w:t>
      </w:r>
      <w:r>
        <w:br/>
        <w:t>হবে। ভবেন চলত নিজের রুচি নিয়ে। সে রুচি জোর করে</w:t>
      </w:r>
      <w:r>
        <w:br/>
        <w:t>সুভাষিণীর উপর চাপাবার পক্ষপাতী ছিল না সে: সুভাষিণীর সে</w:t>
      </w:r>
      <w:r>
        <w:br/>
        <w:t>জেদ ছিল।</w:t>
      </w:r>
      <w:r>
        <w:br/>
        <w:t>তারপর যুদ্ধের প্রারম্ভে মহাত্মাজী সুরু করলেন ব্যক্তিগত</w:t>
      </w:r>
      <w:r>
        <w:br/>
        <w:t>সত্যাগ্রহ। এ জেলায় সে হল দ্বিতীয় সত্যাগ্রহী। সেই জেল</w:t>
      </w:r>
      <w:r>
        <w:br/>
        <w:t>থেকে বেরিয়ে এসেছে মাত্র দশ দিন।</w:t>
      </w:r>
      <w:r>
        <w:br/>
        <w:t>দেশে লেগেছে দুর্ভিক্ষ। সঙ্গে সঙ্গে মড়ক।</w:t>
      </w:r>
      <w:r>
        <w:br/>
        <w:t>সে কয়েক দিন ঘুরে নিজের বাড়ীতেই খুললে সাহায্য-কেন্দ্র।</w:t>
      </w:r>
      <w:r>
        <w:br/>
        <w:t>আজকার বিরোধ সেই নিয়ে। সুভাষিণী বললে, দেব না, ওসব</w:t>
      </w:r>
      <w:r>
        <w:br/>
        <w:t>করতে দেব না আমি।</w:t>
      </w:r>
      <w:r>
        <w:br/>
        <w:t>ভবেন বলেছিল,--তোমার কিছু লাগবে না, আমি ভিক্ষে</w:t>
      </w:r>
      <w:r>
        <w:br/>
        <w:t>করে সংগ্রহ করব।</w:t>
      </w:r>
      <w:r>
        <w:br/>
        <w:t>--না, লাগবে না! তা হলে তো ওরাই ভিক্ষে করে খেয়ে</w:t>
      </w:r>
      <w:r>
        <w:br/>
        <w:t>বাঁচতে পারে। আমি জানি শেষ পর্যন্ত-</w:t>
      </w:r>
      <w:r>
        <w:br/>
        <w:t>-না সুভাষিণী, সে লাগবে না তোমাকে।</w:t>
      </w:r>
      <w:r>
        <w:br/>
        <w:t>সুভাষিণী বলেছিল, - না, তোমার কথায় এতটুকু বিশ্বাস নেই</w:t>
      </w:r>
      <w:r>
        <w:br/>
        <w:t>আমার।</w:t>
      </w:r>
      <w:r>
        <w:br/>
        <w:t>স্তম্ভিত হয়েছিল ভবেন,- আমায় তুমি অবিশ্বাস কর?</w:t>
      </w:r>
      <w:r>
        <w:br/>
        <w:t>-করি! সংসারে যারা অক্ষম, তারাই অবিশ্বাসী। দেবতার</w:t>
      </w:r>
      <w:r>
        <w:br/>
        <w:t>টাকা, গরুর টাকা তারা ভেঙ্গে ফেলে। আমি তোমার স্ত্রী-</w:t>
      </w:r>
      <w:r>
        <w:br/>
        <w:t>আমার দণ্ডমুণ্ডের মালিক তুমি। সঙ্গে সঙ্গে জানালা দিয়ে মুখ</w:t>
      </w:r>
      <w:r>
        <w:br/>
        <w:t>বাড়িয়ে বাইরের বাড়ীতে যারা সাহায্য-কেন্দ্রের কাজ করছিল</w:t>
      </w:r>
      <w:r>
        <w:br/>
      </w:r>
    </w:p>
    <w:p w14:paraId="325B6EC7" w14:textId="77777777" w:rsidR="007E7159" w:rsidRDefault="00000000" w:rsidP="003C56AA">
      <w:r>
        <w:br w:type="page"/>
      </w:r>
    </w:p>
    <w:p w14:paraId="78B59996" w14:textId="60C0FDC2" w:rsidR="007E7159" w:rsidRDefault="00000000" w:rsidP="003C56AA">
      <w:r>
        <w:lastRenderedPageBreak/>
        <w:t>তাদের চীৎকার করে বলতে গিয়েছিল-বেরিয়ে যাও, বেরিয়ে</w:t>
      </w:r>
      <w:r>
        <w:br/>
        <w:t>যাও! বাধা দিয়েছিল ভবেন। চাপা গলায় গম্ভীর ভাবে</w:t>
      </w:r>
      <w:r>
        <w:br/>
        <w:t>বলেছিল-সুভাষিণী!</w:t>
      </w:r>
      <w:r>
        <w:br/>
        <w:t>সুভাষিণী বলেছিল,-না-না। তোমার চোখ-রাঙানিকে ভয়</w:t>
      </w:r>
      <w:r>
        <w:br/>
        <w:t>করি না আমি। নির্গুণ পুরুষের ফণা কূলোর মতই বড় হয়,</w:t>
      </w:r>
      <w:r>
        <w:br/>
        <w:t>ফোঁসফোসানিও তেমনি মারাত্মক হয়, কিন্তু বিষ থাকে না।</w:t>
      </w:r>
      <w:r>
        <w:br/>
        <w:t>ভবেন কয়েক মুহূর্ত স্তব্ধ থেকে আত্মসম্বরণ করে বলেছিল,-</w:t>
      </w:r>
      <w:r>
        <w:br/>
        <w:t>হ্যাঁ তোমার নাম সার্থক, তুমি সুভাষিণী বটে!</w:t>
      </w:r>
      <w:r>
        <w:br/>
        <w:t>যাক, আজ মুক্তি পেয়েছে সে। শেষ হয়ে গেল দ্বন্দ্বের।</w:t>
      </w:r>
      <w:r>
        <w:br/>
        <w:t>ভগবানকে সে ধন্যবাদ দিলে মনে মনে। এমনি করেই তুমি চরম</w:t>
      </w:r>
      <w:r>
        <w:br/>
        <w:t>আঘাত দিয়ে বন্ধনমুক্ত করে দাও, তাই তো তুমি বন্ধনহারী। চোখ</w:t>
      </w:r>
      <w:r>
        <w:br/>
        <w:t>থেকে গড়িয়ে পড়ল তপ্ত অশ্রুর দুটি ধারা। সে জল সে মুছলে</w:t>
      </w:r>
      <w:r>
        <w:br/>
        <w:t>না। গাড়ীটা একেবারে খালি। বেয়াল্লিশ সালের শেষ,</w:t>
      </w:r>
      <w:r>
        <w:br/>
        <w:t>কলকাতা-গামী ট্রেন প্রায়-জনশূন্য। কলকাতায় বোমা পড়ছে।</w:t>
      </w:r>
      <w:r>
        <w:br/>
        <w:t>অনেকখানি চোখের জল বেরিয়ে যেতে সে খানিকটা সুস্থ হ'ল।</w:t>
      </w:r>
      <w:r>
        <w:br/>
        <w:t>মনে মনে নিজেকে বললে, তোমার প্রেমে আঘাত আছে, নেই কো</w:t>
      </w:r>
      <w:r>
        <w:br/>
        <w:t>অবহেলা। এ সত্যি-এ সত্যি। আঘাত দিয়ে তুমি আমাকে</w:t>
      </w:r>
      <w:r>
        <w:br/>
        <w:t>মনে করিয়া দিলে-আমি তোমাকে ভুলে ছিলাম। আমার</w:t>
      </w:r>
      <w:r>
        <w:br/>
        <w:t>বংশগত সাধনার ধারার মুখে নিজেই দিয়েছিলাম বাঁধ। সে বাঁধ</w:t>
      </w:r>
      <w:r>
        <w:br/>
        <w:t>আজ খুলে গেল। সকল কিছুর উপরে তুমি। আমি তোমাকে</w:t>
      </w:r>
      <w:r>
        <w:br/>
        <w:t>চাই, তোমার সন্ধানে যাব আমি।</w:t>
      </w:r>
      <w:r>
        <w:br/>
        <w:t>এবার সে বাইরের দিকে চাইলে। হুহু করে ট্রেন চলেছে।</w:t>
      </w:r>
      <w:r>
        <w:br/>
        <w:t>রাত্রি হয়ে গেছে। অন্ধকার। এমনি চিন্তানিমগ্ন ছিল সে, কতদূর</w:t>
      </w:r>
      <w:r>
        <w:br/>
        <w:t>এসেছে সে খেয়ালও তার নেই। নড়েচড়ে বসলে সে আবার।</w:t>
      </w:r>
      <w:r>
        <w:br/>
        <w:t>কলকাতা নয়। সামনের যে-কোন বড় স্টেশনে নেমে পড়বে।</w:t>
      </w:r>
      <w:r>
        <w:br/>
      </w:r>
      <w:r>
        <w:br/>
      </w:r>
    </w:p>
    <w:p w14:paraId="69D212C4" w14:textId="77777777" w:rsidR="007E7159" w:rsidRDefault="00000000" w:rsidP="003C56AA">
      <w:r>
        <w:br w:type="page"/>
      </w:r>
    </w:p>
    <w:p w14:paraId="3B26CC09" w14:textId="682410AA" w:rsidR="007E7159" w:rsidRDefault="00000000" w:rsidP="003C56AA">
      <w:r>
        <w:lastRenderedPageBreak/>
        <w:t>চলবে সে পশ্চিমে। দূর-সুদূর উত্তরে, শান্তিময় হিমালয়-</w:t>
      </w:r>
      <w:r>
        <w:br/>
        <w:t>ভারতবর্ষের আত্মজ্ঞান লাভের সিদ্ধ বেদী।</w:t>
      </w:r>
      <w:r>
        <w:br/>
        <w:t>ট্রেন এসে থামল ব্যাণ্ডেলের খানিকটা আগে। চারিদিকে</w:t>
      </w:r>
      <w:r>
        <w:br/>
        <w:t>গভীর অন্ধকার। আকাশে গুরু গুরু গুরু গুরু শব্দ উঠছে। প্লেন</w:t>
      </w:r>
      <w:r>
        <w:br/>
        <w:t>উড়ছে। সাইরেন হয়েছে। হঠাৎ চকিতে দীপ্তি চমকে উঠল</w:t>
      </w:r>
      <w:r>
        <w:br/>
        <w:t>আকাশে। আকাশ আলো হয়ে গেল, সঙ্গে সঙ্গে বিস্ফোরণের</w:t>
      </w:r>
      <w:r>
        <w:br/>
        <w:t>শব্দ হ'ল। কাছেই কোথাও এয়ার রেড আরম্ভ হয়েছে।</w:t>
      </w:r>
      <w:r>
        <w:br/>
        <w:t>মরবে? সে মরবে? এমন সুযোগ! নেমে পড়ল সে</w:t>
      </w:r>
      <w:r>
        <w:br/>
        <w:t>গাড়ী থেকে।</w:t>
      </w:r>
      <w:r>
        <w:br/>
      </w:r>
      <w:r>
        <w:br/>
        <w:t>চার বৎসর পর।</w:t>
      </w:r>
      <w:r>
        <w:br/>
        <w:t>চরকা-কাটা শেষ ক'রে সুভাষিণী উঠল। ঘড়িতে আটটা</w:t>
      </w:r>
      <w:r>
        <w:br/>
        <w:t>বেজে দশ মিনিট। দশ মিনিট দেরি হয়ে গিয়েছে। তাড়াতাড়ি</w:t>
      </w:r>
      <w:r>
        <w:br/>
        <w:t>দেওয়ালের হুকে ঝোলানো খদ্দরের ঝুলিটা নামিয়ে কাঁধে তুলে</w:t>
      </w:r>
      <w:r>
        <w:br/>
        <w:t>বেরিয়ে পড়ল।</w:t>
      </w:r>
      <w:r>
        <w:br/>
        <w:t>ঘর থেকে বেরিয়ে আবার ফিরল। জীবনে ব্যস্ততাটা কিছু</w:t>
      </w:r>
      <w:r>
        <w:br/>
        <w:t>নয়। ভুল হয়ে যায়। ফিরে দেওয়ালের গায়ে টাঙানো ভবেন্দ্রের</w:t>
      </w:r>
      <w:r>
        <w:br/>
        <w:t>ছবির নীচে দাঁড়িয়ে প্রণাম করলে। ছবিখানি সে অনেক সন্ধান</w:t>
      </w:r>
      <w:r>
        <w:br/>
        <w:t>করে সংগ্রহ করেছে জেলা কংগ্রেস-কমিটির সভাপতির কাছ</w:t>
      </w:r>
      <w:r>
        <w:br/>
        <w:t>থেকে। ব্যক্তিগত সত্যাগ্রহের দণ্ডভোগের শেষে জেল থেকে</w:t>
      </w:r>
      <w:r>
        <w:br/>
        <w:t>যেদিন ভবেন্দ্র বেরিয়েছিল সেই দিন ছোট ক্যামেরায় ছবিখানি</w:t>
      </w:r>
      <w:r>
        <w:br/>
        <w:t>তুলেছিল সভাপতির ছেলে। ছবিখানিকে বড় করে করিয়ে</w:t>
      </w:r>
      <w:r>
        <w:br/>
        <w:t>নিয়েছে সে। ছবিতে টাটকা ফুলের মালা ঝুলছে। সকালেই</w:t>
      </w:r>
      <w:r>
        <w:br/>
        <w:t>সে মালা গেঁথে পরিয়েছে। প্রণাম করে সে বেরিয়ে পড়ল।</w:t>
      </w:r>
      <w:r>
        <w:br/>
        <w:t>সেবা-সমিতিতে যেতে হবে। তারপর মেয়েদের ইস্কুলে। দুপুরে</w:t>
      </w:r>
      <w:r>
        <w:br/>
      </w:r>
      <w:r>
        <w:br/>
      </w:r>
    </w:p>
    <w:p w14:paraId="5A6E3F26" w14:textId="77777777" w:rsidR="007E7159" w:rsidRDefault="00000000" w:rsidP="003C56AA">
      <w:r>
        <w:br w:type="page"/>
      </w:r>
    </w:p>
    <w:p w14:paraId="52797264" w14:textId="4AA035E1" w:rsidR="007E7159" w:rsidRDefault="00000000" w:rsidP="003C56AA">
      <w:r>
        <w:lastRenderedPageBreak/>
        <w:t>খাওয়া দাওয়ার পর গ্রামের বয়স্কা মেয়েদের আসর। সন্ধ্যায়</w:t>
      </w:r>
      <w:r>
        <w:br/>
        <w:t>নৈশবিদ্যালয়।</w:t>
      </w:r>
      <w:r>
        <w:br/>
        <w:t>সুভাষিণীর প্রচণ্ড পরিবর্তন হয়ে গিয়েছে। পড়ে অজ্ঞান হয়ে</w:t>
      </w:r>
      <w:r>
        <w:br/>
        <w:t>গিয়েছিল সে। আহত অজ্ঞান অবস্থাতেই ভাইয়েরা তাদের</w:t>
      </w:r>
      <w:r>
        <w:br/>
        <w:t>বাড়ী নিয়ে গিয়েছিলেন। তারপর সে যমে-মানুষে টানাটানি।</w:t>
      </w:r>
      <w:r>
        <w:br/>
        <w:t>ছমাস পর সেরে উঠে বসল যেদিন সেদিনই সে বড় বৌদিকে ডেকে</w:t>
      </w:r>
      <w:r>
        <w:br/>
        <w:t>বললে, আমি এইবার ওবাড়ি যাব। রোগের মধ্যেই অনেক</w:t>
      </w:r>
      <w:r>
        <w:br/>
        <w:t>কথা তার কানে এসেছে এ বাড়ির। সবই ভবেন্দ্রের এবং তার</w:t>
      </w:r>
      <w:r>
        <w:br/>
        <w:t>সমালোচনা। নীরবে সে সব সহ্য করেছে। ভাইরা দিয়েছেন</w:t>
      </w:r>
      <w:r>
        <w:br/>
        <w:t>ভবেন্দ্রকে গালাগালি। বউয়েরা দিয়েছেন সুভাষিণীকে দোষ।</w:t>
      </w:r>
      <w:r>
        <w:br/>
        <w:t>এর মধ্যে সে শুধু ভেবেছে। শুধুই ভেবেছে। ভাবতে ভাবতে</w:t>
      </w:r>
      <w:r>
        <w:br/>
        <w:t>অনেক অভিমান, অনেক ক্ষোভ, অনেক আত্মগ্লানির সংঘর্ষের</w:t>
      </w:r>
      <w:r>
        <w:br/>
        <w:t>মধ্যে তার অনেক ভাঙ্গা-গড়া হয়ে গেল। স্বামীর বাড়ী ফিরে</w:t>
      </w:r>
      <w:r>
        <w:br/>
        <w:t>সে আরম্ভ করলে নূতন জীবন। প্রথমেই সে ভাইদের ফিরিয়ে</w:t>
      </w:r>
      <w:r>
        <w:br/>
        <w:t>দিলে তার বাপের দেওয়া টাকা। বললে, আমায় এই দণ্ডের</w:t>
      </w:r>
      <w:r>
        <w:br/>
        <w:t>মূল থেকে মুক্তি দাও দাদা। এ হল রক্তমুখী নীলা-যার</w:t>
      </w:r>
      <w:r>
        <w:br/>
        <w:t>কাছে থাকে তার ওপর এর প্রভাব ফলবেই।</w:t>
      </w:r>
      <w:r>
        <w:br/>
        <w:t>বড় ভাই বললেন, সেটা ভাল দেখাবে না সুভাষিণী।</w:t>
      </w:r>
      <w:r>
        <w:br/>
        <w:t>তার চেয়ে দানটান কর।</w:t>
      </w:r>
      <w:r>
        <w:br/>
        <w:t>ছোট ভাই-তার ছোড়দা, নিজের অংশটা নিলেন। ইতি-</w:t>
      </w:r>
      <w:r>
        <w:br/>
        <w:t>মধ্যেই তার অভাব দেখা দিয়েছে।</w:t>
      </w:r>
      <w:r>
        <w:br/>
        <w:t>সুভাষিণী অর্দ্ধেক টাকা দিয়ে আরম্ভ করলে স্বামীর ফেলে-</w:t>
      </w:r>
      <w:r>
        <w:br/>
        <w:t>যাওয়া কাজ।</w:t>
      </w:r>
      <w:r>
        <w:br/>
        <w:t>ভবেন্দ্রের সন্ধান মিলল না।</w:t>
      </w:r>
      <w:r>
        <w:br/>
        <w:t>জেলা কংগ্রেস সভাপতি অনেক সন্ধান করেছেন কর্মীদের</w:t>
      </w:r>
      <w:r>
        <w:br/>
        <w:t>বিভিন্ন কর্মক্ষেত্রে, সন্ধান মেলে নি। ভাইরা সন্ধান করলে জেলা</w:t>
      </w:r>
      <w:r>
        <w:br/>
      </w:r>
      <w:r>
        <w:br/>
      </w:r>
    </w:p>
    <w:p w14:paraId="18263B26" w14:textId="77777777" w:rsidR="007E7159" w:rsidRDefault="00000000" w:rsidP="003C56AA">
      <w:r>
        <w:br w:type="page"/>
      </w:r>
    </w:p>
    <w:p w14:paraId="0DB7EBF6" w14:textId="7F3FD6B2" w:rsidR="007E7159" w:rsidRDefault="00000000" w:rsidP="003C56AA">
      <w:r>
        <w:lastRenderedPageBreak/>
        <w:t>আই-বি অফিসারের মারফৎ, জেলে জেলেও খবর করা হল-</w:t>
      </w:r>
      <w:r>
        <w:br/>
        <w:t>মিলল না সন্ধান।</w:t>
      </w:r>
      <w:r>
        <w:br/>
        <w:t>সুভাষিণীর কানে একটা কথা মধ্যে মধ্যে বেজে ওঠে-</w:t>
      </w:r>
      <w:r>
        <w:br/>
        <w:t>জন্মান্তরে, জন্মান্তরে সুদ শুদ্ধ শোধ করব।</w:t>
      </w:r>
      <w:r>
        <w:br/>
        <w:t>সে সঙ্গে সঙ্গে ছুটে চলে যায় ঘরের কোণে। কাঁদে।</w:t>
      </w:r>
      <w:r>
        <w:br/>
        <w:t>হয় সে নেই, নয় সে সন্যাসী হয়ে গেছে। সুভাষিণী</w:t>
      </w:r>
      <w:r>
        <w:br/>
        <w:t>তখন তাকে জেনেও জানে নি, আজ তার কাছে সব স্পষ্ট-</w:t>
      </w:r>
      <w:r>
        <w:br/>
        <w:t>প্রত্যক্ষ।</w:t>
      </w:r>
      <w:r>
        <w:br/>
        <w:t>স্কুলের মেয়েরা গান গাইছিল। স্কুল বসার সুরুতেই গান</w:t>
      </w:r>
      <w:r>
        <w:br/>
        <w:t>হয়:</w:t>
      </w:r>
      <w:r>
        <w:br/>
        <w:t>'ব্যর্থ প্রাণের আবর্জনা পুড়িয়ে ফেলে আগুন জ্বালো-আগুন</w:t>
      </w:r>
      <w:r>
        <w:br/>
        <w:t>জ্বালো!'</w:t>
      </w:r>
      <w:r>
        <w:br/>
        <w:t>হঠাৎ সামনের রাস্তায় এসে দাঁড়াল একখানা প্রকাণ্ড মোটর।</w:t>
      </w:r>
      <w:r>
        <w:br/>
        <w:t>কে এল? চঞ্চল হয়ে উঠল মেয়েরা। ভ্রূকুঞ্চিত করে সুভাষিণী</w:t>
      </w:r>
      <w:r>
        <w:br/>
        <w:t>বললে, ভুল হচ্ছে; মন দিয়ে গাও।</w:t>
      </w:r>
      <w:r>
        <w:br/>
        <w:t>গাড়ী থেকে নেমে এল তার ছোড়দা। -সুভি!</w:t>
      </w:r>
      <w:r>
        <w:br/>
        <w:t>মুখ তুলে তাকালে সুভাষিণী।</w:t>
      </w:r>
      <w:r>
        <w:br/>
        <w:t>গাড়ীতে এসেও ছোড়দা হাঁপাচ্ছে। হাঁপাতে হাঁপাতে বললে,</w:t>
      </w:r>
      <w:r>
        <w:br/>
        <w:t>-ভবেন এসেছে, সুভি, বাড়ী আয়।</w:t>
      </w:r>
      <w:r>
        <w:br/>
        <w:t>-কে? কে এসেছে? থর থর করে কাঁপতে লাগল</w:t>
      </w:r>
      <w:r>
        <w:br/>
        <w:t>সুভাষিণী।</w:t>
      </w:r>
      <w:r>
        <w:br/>
        <w:t>-ভবেন। ভবেন এসেছে। আমাদের ওখানে রে। এই</w:t>
      </w:r>
      <w:r>
        <w:br/>
        <w:t>তো তার গাড়ী। মস্ত বড়লোক হয়েছে। এই তো তার গাড়ী,</w:t>
      </w:r>
      <w:r>
        <w:br/>
        <w:t>দেখ না কত বড়? তিরিশ হাজার টাকা দাম। স্যুটখানা পরে</w:t>
      </w:r>
      <w:r>
        <w:br/>
      </w:r>
    </w:p>
    <w:p w14:paraId="63E3F6F6" w14:textId="77777777" w:rsidR="007E7159" w:rsidRDefault="00000000" w:rsidP="003C56AA">
      <w:r>
        <w:br w:type="page"/>
      </w:r>
    </w:p>
    <w:p w14:paraId="3B8616DB" w14:textId="4F1C6253" w:rsidR="007E7159" w:rsidRDefault="00000000" w:rsidP="003C56AA">
      <w:r>
        <w:lastRenderedPageBreak/>
        <w:t>আছে-তার দাম কম-সে-কম পাঁচশো। আমরা তো চিনতেই</w:t>
      </w:r>
      <w:r>
        <w:br/>
        <w:t>পারি নি।</w:t>
      </w:r>
      <w:r>
        <w:br/>
        <w:t>সুভাষিণীর দেহের কম্পন স্থির হয়ে এল। স্থির দৃষ্টিতে সে</w:t>
      </w:r>
      <w:r>
        <w:br/>
        <w:t>ছোড়দার দিকে চেয়ে রইল।</w:t>
      </w:r>
      <w:r>
        <w:br/>
        <w:t>ছোড়দা বলেই গেল-না বলে যেন তার তৃপ্তি নেই, স্বস্তি</w:t>
      </w:r>
      <w:r>
        <w:br/>
        <w:t>নেই, মুক্তি নেই; বললে, বাঁশবেড়েতে যেদিন বম্বিং হয়, সে</w:t>
      </w:r>
      <w:r>
        <w:br/>
        <w:t>সময় ব্যান্ডেলের ওখানে একজন বড় মিলিটারি অফিসার জিপ্</w:t>
      </w:r>
      <w:r>
        <w:br/>
        <w:t>উলটে পড়েছিল রাস্তার ধারে। ভবেন দেখতে পেয়ে তাকে জিপের</w:t>
      </w:r>
      <w:r>
        <w:br/>
        <w:t>তলা থেকে বের ক'রে সেবা ক'রে জ্ঞান ফিরিয়ে স্টেশনে নিয়ে</w:t>
      </w:r>
      <w:r>
        <w:br/>
        <w:t>যায়, সেখান থেকে হাসপাতালে। ব্যস্, আর কি? হা-হা</w:t>
      </w:r>
      <w:r>
        <w:br/>
        <w:t>করে হেসে ভবেন বললে--যাচ্ছিলাম সন্যাসী হ'তে। বুঝেছ</w:t>
      </w:r>
      <w:r>
        <w:br/>
        <w:t>না; good luck-অফিসার আমাকে সে foolish কর্ম থেকে</w:t>
      </w:r>
      <w:r>
        <w:br/>
        <w:t>রক্ষা করলেন। বললেন-Young man, চল আমার সঙ্গে।</w:t>
      </w:r>
      <w:r>
        <w:br/>
        <w:t>তারপর মিলিটারী কনট্রাক্ট। একটার পর একটা। লক্ষর পর</w:t>
      </w:r>
      <w:r>
        <w:br/>
        <w:t>লক্ষ। সুভাষিণী was my inspiration, বুঝেছ না! Run</w:t>
      </w:r>
      <w:r>
        <w:br/>
        <w:t>on-run on, run on-বুঝেছ না-দিগ্বিদিক জ্ঞানশূন্য হয়ে</w:t>
      </w:r>
      <w:r>
        <w:br/>
        <w:t>ছুটেছি। অবশেষে পরশু-স্বপ্ন দেখলাম সুভাকে। মন চঞ্চল হয়ে</w:t>
      </w:r>
      <w:r>
        <w:br/>
        <w:t>উঠল। ভেবেছিলাম কোটী পূরণ না করে ফিরব না। কিন্তু থাকতে</w:t>
      </w:r>
      <w:r>
        <w:br/>
        <w:t>পারলাম না। কাল রাত্রে বেরিয়ে পড়লাম। ভাবলাম, না পুরুক</w:t>
      </w:r>
      <w:r>
        <w:br/>
        <w:t>কোটী, বাকি তো কুড়ি লক্ষ-সেটা সুভাকে নিয়ে এসেই পুরিয়ে নেব।</w:t>
      </w:r>
      <w:r>
        <w:br/>
        <w:t>সুভাষিণী চোখ বুজল।</w:t>
      </w:r>
      <w:r>
        <w:br/>
        <w:t>তার মনশ্চক্ষের সম্মুখে পৃথিবীর অন্তরলোক টলছে, কাঁপছে,</w:t>
      </w:r>
      <w:r>
        <w:br/>
        <w:t>সেখানে ভূমিকম্প সুরু হয়েছে।</w:t>
      </w:r>
      <w:r>
        <w:br/>
        <w:t>ছোড়দা বললে, তুই এখন এই সব করছিস শুনে যা হা-হা-হা</w:t>
      </w:r>
      <w:r>
        <w:br/>
        <w:t>করে হাঁসলে! বললে আরে রাম-রাম, আমার ভূতটা শেষে</w:t>
      </w:r>
      <w:r>
        <w:br/>
        <w:t>ওকে পেয়ে বসল? আয়! সুভি!</w:t>
      </w:r>
      <w:r>
        <w:br/>
      </w:r>
    </w:p>
    <w:p w14:paraId="2227A115" w14:textId="77777777" w:rsidR="007E7159" w:rsidRDefault="00000000" w:rsidP="003C56AA">
      <w:r>
        <w:br w:type="page"/>
      </w:r>
    </w:p>
    <w:p w14:paraId="655B6E14" w14:textId="77777777" w:rsidR="007E7159" w:rsidRDefault="00000000" w:rsidP="003C56AA">
      <w:r>
        <w:lastRenderedPageBreak/>
        <w:t>সুভাষিণী হাত বাড়িয়ে বললে, আমার হাতটা ধর।</w:t>
      </w:r>
      <w:r>
        <w:br/>
        <w:t>প্রকাণ্ড বড় চকচকে গাড়ী, ত্রিশ হাজার টাকা দাম। দরজাটা</w:t>
      </w:r>
      <w:r>
        <w:br/>
        <w:t>খুলতে খুলতে ছোড়দা বললে, আমি মদ খাই বলে অনেক কথা</w:t>
      </w:r>
      <w:r>
        <w:br/>
        <w:t>বলতিস। চল দেখবি, ভবেন একেবারে চুরচুরে হয়ে আছে।</w:t>
      </w:r>
      <w:r>
        <w:br/>
        <w:t>সঙ্গে একটা বাক্সবন্দী বিলিতী মদ।</w:t>
      </w:r>
      <w:r>
        <w:br/>
        <w:t>পৃথিবীটা ভেঙ্গে পড়ে গেল-সুভাষিণী চিৎকার করে উঠল-</w:t>
      </w:r>
      <w:r>
        <w:br/>
        <w:t>ভূমিকম্প...</w:t>
      </w:r>
      <w:r>
        <w:br/>
        <w:t>সভয়ে হাত ছেড়ে দিলে তার ছোড়দা। সুভি!</w:t>
      </w:r>
      <w:r>
        <w:br/>
        <w:t>সুভাষিণী পড়ে গেল মাটিতে। পরক্ষণেই উঠে ছুটতে সুরু</w:t>
      </w:r>
      <w:r>
        <w:br/>
        <w:t>করল। ছুটল নিজের বাড়ীর দিকে।</w:t>
      </w:r>
      <w:r>
        <w:br/>
        <w:t>ছোড়দার কথা শুনে ভবেন হেসে আকুল হ'ল। বললে, শক্</w:t>
      </w:r>
      <w:r>
        <w:br/>
        <w:t>পেয়েছে। সামলাতে দাও। আমি ততক্ষণ স্নানটা সেরে নিই!</w:t>
      </w:r>
      <w:r>
        <w:br/>
        <w:t>কাল রাত্রে পানের মাত্রা বেশি হয়েছিল। মাথা reel করছে।</w:t>
      </w:r>
      <w:r>
        <w:br/>
        <w:t>সুভাষিণী ছুটে এসে উপরে উঠে দরজা বন্ধ করে দিলে।</w:t>
      </w:r>
      <w:r>
        <w:br/>
        <w:t>চালের কাঠের দিকে তাকালে।</w:t>
      </w:r>
      <w:r>
        <w:br/>
        <w:t>ধীরে ধীরে খাটের উপর তুললে টেবিলটা।</w:t>
      </w:r>
      <w:r>
        <w:br/>
        <w:t>তার ওপর চাপালে চেয়ার- তার উপরে টুল।</w:t>
      </w:r>
      <w:r>
        <w:br/>
        <w:t>অকম্পিত হাতে খুলে নিলে সেই লাঙলের দড়িটা-সেটা ওই</w:t>
      </w:r>
      <w:r>
        <w:br/>
        <w:t>ঘরেই লম্বা করে টাঙানো ছিল কাপড় রাখার জন্য।</w:t>
      </w:r>
      <w:r>
        <w:br/>
        <w:t>ছবির দিকে তাকিয়ে প্রণাম করে বললে, শেষে প্রেতমূতি</w:t>
      </w:r>
      <w:r>
        <w:br/>
        <w:t>ধরে আমাকে ভয় দেখাতে এসেছ!</w:t>
      </w:r>
      <w:r>
        <w:br/>
        <w:t>তারপর সহাস্য তিরস্কার করলে-ছি! ছি!</w:t>
      </w:r>
      <w:r>
        <w:br/>
      </w:r>
    </w:p>
    <w:sectPr w:rsidR="007E715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37127522">
    <w:abstractNumId w:val="8"/>
  </w:num>
  <w:num w:numId="2" w16cid:durableId="281957944">
    <w:abstractNumId w:val="6"/>
  </w:num>
  <w:num w:numId="3" w16cid:durableId="1261375844">
    <w:abstractNumId w:val="5"/>
  </w:num>
  <w:num w:numId="4" w16cid:durableId="18898829">
    <w:abstractNumId w:val="4"/>
  </w:num>
  <w:num w:numId="5" w16cid:durableId="862216">
    <w:abstractNumId w:val="7"/>
  </w:num>
  <w:num w:numId="6" w16cid:durableId="1685782634">
    <w:abstractNumId w:val="3"/>
  </w:num>
  <w:num w:numId="7" w16cid:durableId="1055397143">
    <w:abstractNumId w:val="2"/>
  </w:num>
  <w:num w:numId="8" w16cid:durableId="2068020000">
    <w:abstractNumId w:val="1"/>
  </w:num>
  <w:num w:numId="9" w16cid:durableId="1716810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56AA"/>
    <w:rsid w:val="007E7159"/>
    <w:rsid w:val="00A7708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8DC4"/>
  <w14:defaultImageDpi w14:val="300"/>
  <w15:docId w15:val="{97F29C9F-E6D3-47C1-96B5-DB4131F0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1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1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1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1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1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1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1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1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1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uiPriority w:val="99"/>
    <w:rsid w:val="00E618BF"/>
  </w:style>
  <w:style w:type="paragraph" w:styleId="Footer">
    <w:name w:val="footer"/>
    <w:basedOn w:val="Normal"/>
    <w:link w:val="FooterChar1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1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1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uiPriority w:val="99"/>
    <w:rsid w:val="00AA1D8D"/>
  </w:style>
  <w:style w:type="paragraph" w:styleId="BodyText2">
    <w:name w:val="Body Text 2"/>
    <w:basedOn w:val="Normal"/>
    <w:link w:val="BodyText2Char1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uiPriority w:val="99"/>
    <w:rsid w:val="00AA1D8D"/>
  </w:style>
  <w:style w:type="paragraph" w:styleId="BodyText3">
    <w:name w:val="Body Text 3"/>
    <w:basedOn w:val="Normal"/>
    <w:link w:val="BodyText3Char1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1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0">
    <w:name w:val="Header Char"/>
    <w:basedOn w:val="DefaultParagraphFont"/>
    <w:uiPriority w:val="99"/>
    <w:rsid w:val="00E618BF"/>
  </w:style>
  <w:style w:type="character" w:customStyle="1" w:styleId="FooterChar0">
    <w:name w:val="Footer Char"/>
    <w:basedOn w:val="DefaultParagraphFont"/>
    <w:uiPriority w:val="99"/>
    <w:rsid w:val="00E618BF"/>
  </w:style>
  <w:style w:type="character" w:customStyle="1" w:styleId="Heading1Char0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0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0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0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0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0">
    <w:name w:val="Body Text Char"/>
    <w:basedOn w:val="DefaultParagraphFont"/>
    <w:uiPriority w:val="99"/>
    <w:rsid w:val="00AA1D8D"/>
  </w:style>
  <w:style w:type="character" w:customStyle="1" w:styleId="BodyText2Char0">
    <w:name w:val="Body Text 2 Char"/>
    <w:basedOn w:val="DefaultParagraphFont"/>
    <w:uiPriority w:val="99"/>
    <w:rsid w:val="00AA1D8D"/>
  </w:style>
  <w:style w:type="character" w:customStyle="1" w:styleId="BodyText3Char0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0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0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0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0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0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0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0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0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0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2">
    <w:name w:val="Header Char"/>
    <w:basedOn w:val="DefaultParagraphFont"/>
    <w:uiPriority w:val="99"/>
    <w:rsid w:val="00E618BF"/>
  </w:style>
  <w:style w:type="character" w:customStyle="1" w:styleId="FooterChar2">
    <w:name w:val="Footer Char"/>
    <w:basedOn w:val="DefaultParagraphFont"/>
    <w:uiPriority w:val="99"/>
    <w:rsid w:val="00E618BF"/>
  </w:style>
  <w:style w:type="character" w:customStyle="1" w:styleId="Heading1Char2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2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2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2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2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2">
    <w:name w:val="Body Text Char"/>
    <w:basedOn w:val="DefaultParagraphFont"/>
    <w:uiPriority w:val="99"/>
    <w:rsid w:val="00AA1D8D"/>
  </w:style>
  <w:style w:type="character" w:customStyle="1" w:styleId="BodyText2Char2">
    <w:name w:val="Body Text 2 Char"/>
    <w:basedOn w:val="DefaultParagraphFont"/>
    <w:uiPriority w:val="99"/>
    <w:rsid w:val="00AA1D8D"/>
  </w:style>
  <w:style w:type="character" w:customStyle="1" w:styleId="BodyText3Char2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2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2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2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2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2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2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2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2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2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3">
    <w:name w:val="Header Char"/>
    <w:basedOn w:val="DefaultParagraphFont"/>
    <w:uiPriority w:val="99"/>
    <w:rsid w:val="00E618BF"/>
  </w:style>
  <w:style w:type="character" w:customStyle="1" w:styleId="FooterChar3">
    <w:name w:val="Footer Char"/>
    <w:basedOn w:val="DefaultParagraphFont"/>
    <w:uiPriority w:val="99"/>
    <w:rsid w:val="00E618BF"/>
  </w:style>
  <w:style w:type="character" w:customStyle="1" w:styleId="Heading1Char3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3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3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3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3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3">
    <w:name w:val="Body Text Char"/>
    <w:basedOn w:val="DefaultParagraphFont"/>
    <w:uiPriority w:val="99"/>
    <w:rsid w:val="00AA1D8D"/>
  </w:style>
  <w:style w:type="character" w:customStyle="1" w:styleId="BodyText2Char3">
    <w:name w:val="Body Text 2 Char"/>
    <w:basedOn w:val="DefaultParagraphFont"/>
    <w:uiPriority w:val="99"/>
    <w:rsid w:val="00AA1D8D"/>
  </w:style>
  <w:style w:type="character" w:customStyle="1" w:styleId="BodyText3Char3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3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3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3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3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3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3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3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3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3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4">
    <w:name w:val="Header Char"/>
    <w:basedOn w:val="DefaultParagraphFont"/>
    <w:uiPriority w:val="99"/>
    <w:rsid w:val="00E618BF"/>
  </w:style>
  <w:style w:type="character" w:customStyle="1" w:styleId="FooterChar4">
    <w:name w:val="Footer Char"/>
    <w:basedOn w:val="DefaultParagraphFont"/>
    <w:uiPriority w:val="99"/>
    <w:rsid w:val="00E618BF"/>
  </w:style>
  <w:style w:type="character" w:customStyle="1" w:styleId="Heading1Char4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4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4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4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4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4">
    <w:name w:val="Body Text Char"/>
    <w:basedOn w:val="DefaultParagraphFont"/>
    <w:uiPriority w:val="99"/>
    <w:rsid w:val="00AA1D8D"/>
  </w:style>
  <w:style w:type="character" w:customStyle="1" w:styleId="BodyText2Char4">
    <w:name w:val="Body Text 2 Char"/>
    <w:basedOn w:val="DefaultParagraphFont"/>
    <w:uiPriority w:val="99"/>
    <w:rsid w:val="00AA1D8D"/>
  </w:style>
  <w:style w:type="character" w:customStyle="1" w:styleId="BodyText3Char4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4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4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4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4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4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4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4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4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4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5">
    <w:name w:val="Header Char"/>
    <w:basedOn w:val="DefaultParagraphFont"/>
    <w:uiPriority w:val="99"/>
    <w:rsid w:val="00E618BF"/>
  </w:style>
  <w:style w:type="character" w:customStyle="1" w:styleId="FooterChar5">
    <w:name w:val="Footer Char"/>
    <w:basedOn w:val="DefaultParagraphFont"/>
    <w:uiPriority w:val="99"/>
    <w:rsid w:val="00E618BF"/>
  </w:style>
  <w:style w:type="character" w:customStyle="1" w:styleId="Heading1Char5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5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5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5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5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5">
    <w:name w:val="Body Text Char"/>
    <w:basedOn w:val="DefaultParagraphFont"/>
    <w:uiPriority w:val="99"/>
    <w:rsid w:val="00AA1D8D"/>
  </w:style>
  <w:style w:type="character" w:customStyle="1" w:styleId="BodyText2Char5">
    <w:name w:val="Body Text 2 Char"/>
    <w:basedOn w:val="DefaultParagraphFont"/>
    <w:uiPriority w:val="99"/>
    <w:rsid w:val="00AA1D8D"/>
  </w:style>
  <w:style w:type="character" w:customStyle="1" w:styleId="BodyText3Char5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5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5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5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5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5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5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5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5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5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6">
    <w:name w:val="Header Char"/>
    <w:basedOn w:val="DefaultParagraphFont"/>
    <w:uiPriority w:val="99"/>
    <w:rsid w:val="00E618BF"/>
  </w:style>
  <w:style w:type="character" w:customStyle="1" w:styleId="FooterChar6">
    <w:name w:val="Footer Char"/>
    <w:basedOn w:val="DefaultParagraphFont"/>
    <w:uiPriority w:val="99"/>
    <w:rsid w:val="00E618BF"/>
  </w:style>
  <w:style w:type="character" w:customStyle="1" w:styleId="Heading1Char6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6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6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6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6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6">
    <w:name w:val="Body Text Char"/>
    <w:basedOn w:val="DefaultParagraphFont"/>
    <w:uiPriority w:val="99"/>
    <w:rsid w:val="00AA1D8D"/>
  </w:style>
  <w:style w:type="character" w:customStyle="1" w:styleId="BodyText2Char6">
    <w:name w:val="Body Text 2 Char"/>
    <w:basedOn w:val="DefaultParagraphFont"/>
    <w:uiPriority w:val="99"/>
    <w:rsid w:val="00AA1D8D"/>
  </w:style>
  <w:style w:type="character" w:customStyle="1" w:styleId="BodyText3Char6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6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6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6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6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6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6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6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6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6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7">
    <w:name w:val="Header Char"/>
    <w:basedOn w:val="DefaultParagraphFont"/>
    <w:uiPriority w:val="99"/>
    <w:rsid w:val="00E618BF"/>
  </w:style>
  <w:style w:type="character" w:customStyle="1" w:styleId="FooterChar7">
    <w:name w:val="Footer Char"/>
    <w:basedOn w:val="DefaultParagraphFont"/>
    <w:uiPriority w:val="99"/>
    <w:rsid w:val="00E618BF"/>
  </w:style>
  <w:style w:type="character" w:customStyle="1" w:styleId="Heading1Char7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7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7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7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7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7">
    <w:name w:val="Body Text Char"/>
    <w:basedOn w:val="DefaultParagraphFont"/>
    <w:uiPriority w:val="99"/>
    <w:rsid w:val="00AA1D8D"/>
  </w:style>
  <w:style w:type="character" w:customStyle="1" w:styleId="BodyText2Char7">
    <w:name w:val="Body Text 2 Char"/>
    <w:basedOn w:val="DefaultParagraphFont"/>
    <w:uiPriority w:val="99"/>
    <w:rsid w:val="00AA1D8D"/>
  </w:style>
  <w:style w:type="character" w:customStyle="1" w:styleId="BodyText3Char7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7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7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7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7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7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7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7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7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7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8">
    <w:name w:val="Header Char"/>
    <w:basedOn w:val="DefaultParagraphFont"/>
    <w:uiPriority w:val="99"/>
    <w:rsid w:val="00E618BF"/>
  </w:style>
  <w:style w:type="character" w:customStyle="1" w:styleId="FooterChar8">
    <w:name w:val="Footer Char"/>
    <w:basedOn w:val="DefaultParagraphFont"/>
    <w:uiPriority w:val="99"/>
    <w:rsid w:val="00E618BF"/>
  </w:style>
  <w:style w:type="character" w:customStyle="1" w:styleId="Heading1Char8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8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8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8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8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8">
    <w:name w:val="Body Text Char"/>
    <w:basedOn w:val="DefaultParagraphFont"/>
    <w:uiPriority w:val="99"/>
    <w:rsid w:val="00AA1D8D"/>
  </w:style>
  <w:style w:type="character" w:customStyle="1" w:styleId="BodyText2Char8">
    <w:name w:val="Body Text 2 Char"/>
    <w:basedOn w:val="DefaultParagraphFont"/>
    <w:uiPriority w:val="99"/>
    <w:rsid w:val="00AA1D8D"/>
  </w:style>
  <w:style w:type="character" w:customStyle="1" w:styleId="BodyText3Char8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8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8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8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8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8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8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8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8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8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9">
    <w:name w:val="Header Char"/>
    <w:basedOn w:val="DefaultParagraphFont"/>
    <w:uiPriority w:val="99"/>
    <w:rsid w:val="00E618BF"/>
  </w:style>
  <w:style w:type="character" w:customStyle="1" w:styleId="FooterChar9">
    <w:name w:val="Footer Char"/>
    <w:basedOn w:val="DefaultParagraphFont"/>
    <w:uiPriority w:val="99"/>
    <w:rsid w:val="00E618BF"/>
  </w:style>
  <w:style w:type="character" w:customStyle="1" w:styleId="Heading1Char9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9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9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9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9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9">
    <w:name w:val="Body Text Char"/>
    <w:basedOn w:val="DefaultParagraphFont"/>
    <w:uiPriority w:val="99"/>
    <w:rsid w:val="00AA1D8D"/>
  </w:style>
  <w:style w:type="character" w:customStyle="1" w:styleId="BodyText2Char9">
    <w:name w:val="Body Text 2 Char"/>
    <w:basedOn w:val="DefaultParagraphFont"/>
    <w:uiPriority w:val="99"/>
    <w:rsid w:val="00AA1D8D"/>
  </w:style>
  <w:style w:type="character" w:customStyle="1" w:styleId="BodyText3Char9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9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9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9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9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9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9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9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9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9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a">
    <w:name w:val="Header Char"/>
    <w:basedOn w:val="DefaultParagraphFont"/>
    <w:uiPriority w:val="99"/>
    <w:rsid w:val="00E618BF"/>
  </w:style>
  <w:style w:type="character" w:customStyle="1" w:styleId="FooterChara">
    <w:name w:val="Footer Char"/>
    <w:basedOn w:val="DefaultParagraphFont"/>
    <w:uiPriority w:val="99"/>
    <w:rsid w:val="00E618BF"/>
  </w:style>
  <w:style w:type="character" w:customStyle="1" w:styleId="Heading1Chara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a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a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a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a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a">
    <w:name w:val="Body Text Char"/>
    <w:basedOn w:val="DefaultParagraphFont"/>
    <w:uiPriority w:val="99"/>
    <w:rsid w:val="00AA1D8D"/>
  </w:style>
  <w:style w:type="character" w:customStyle="1" w:styleId="BodyText2Chara">
    <w:name w:val="Body Text 2 Char"/>
    <w:basedOn w:val="DefaultParagraphFont"/>
    <w:uiPriority w:val="99"/>
    <w:rsid w:val="00AA1D8D"/>
  </w:style>
  <w:style w:type="character" w:customStyle="1" w:styleId="BodyText3Chara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a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a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a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a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a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a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a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a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a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b">
    <w:name w:val="Header Char"/>
    <w:basedOn w:val="DefaultParagraphFont"/>
    <w:uiPriority w:val="99"/>
    <w:rsid w:val="00E618BF"/>
  </w:style>
  <w:style w:type="character" w:customStyle="1" w:styleId="FooterCharb">
    <w:name w:val="Footer Char"/>
    <w:basedOn w:val="DefaultParagraphFont"/>
    <w:uiPriority w:val="99"/>
    <w:rsid w:val="00E618BF"/>
  </w:style>
  <w:style w:type="character" w:customStyle="1" w:styleId="Heading1Charb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b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b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b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b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b">
    <w:name w:val="Body Text Char"/>
    <w:basedOn w:val="DefaultParagraphFont"/>
    <w:uiPriority w:val="99"/>
    <w:rsid w:val="00AA1D8D"/>
  </w:style>
  <w:style w:type="character" w:customStyle="1" w:styleId="BodyText2Charb">
    <w:name w:val="Body Text 2 Char"/>
    <w:basedOn w:val="DefaultParagraphFont"/>
    <w:uiPriority w:val="99"/>
    <w:rsid w:val="00AA1D8D"/>
  </w:style>
  <w:style w:type="character" w:customStyle="1" w:styleId="BodyText3Charb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b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b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b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b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b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b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b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b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b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c">
    <w:name w:val="Header Char"/>
    <w:basedOn w:val="DefaultParagraphFont"/>
    <w:uiPriority w:val="99"/>
    <w:rsid w:val="00E618BF"/>
  </w:style>
  <w:style w:type="character" w:customStyle="1" w:styleId="FooterCharc">
    <w:name w:val="Footer Char"/>
    <w:basedOn w:val="DefaultParagraphFont"/>
    <w:uiPriority w:val="99"/>
    <w:rsid w:val="00E618BF"/>
  </w:style>
  <w:style w:type="character" w:customStyle="1" w:styleId="Heading1Charc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c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c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c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c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c">
    <w:name w:val="Body Text Char"/>
    <w:basedOn w:val="DefaultParagraphFont"/>
    <w:uiPriority w:val="99"/>
    <w:rsid w:val="00AA1D8D"/>
  </w:style>
  <w:style w:type="character" w:customStyle="1" w:styleId="BodyText2Charc">
    <w:name w:val="Body Text 2 Char"/>
    <w:basedOn w:val="DefaultParagraphFont"/>
    <w:uiPriority w:val="99"/>
    <w:rsid w:val="00AA1D8D"/>
  </w:style>
  <w:style w:type="character" w:customStyle="1" w:styleId="BodyText3Charc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c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c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c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c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c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c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c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c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c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d">
    <w:name w:val="Header Char"/>
    <w:basedOn w:val="DefaultParagraphFont"/>
    <w:uiPriority w:val="99"/>
    <w:rsid w:val="00E618BF"/>
  </w:style>
  <w:style w:type="character" w:customStyle="1" w:styleId="FooterChard">
    <w:name w:val="Footer Char"/>
    <w:basedOn w:val="DefaultParagraphFont"/>
    <w:uiPriority w:val="99"/>
    <w:rsid w:val="00E618BF"/>
  </w:style>
  <w:style w:type="character" w:customStyle="1" w:styleId="Heading1Chard">
    <w:name w:val="Heading 1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d">
    <w:name w:val="Heading 2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d">
    <w:name w:val="Heading 3 Char"/>
    <w:basedOn w:val="DefaultParagraphFont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d">
    <w:name w:val="Title Char"/>
    <w:basedOn w:val="DefaultParagraphFont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d">
    <w:name w:val="Subtitle Char"/>
    <w:basedOn w:val="DefaultParagraphFon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d">
    <w:name w:val="Body Text Char"/>
    <w:basedOn w:val="DefaultParagraphFont"/>
    <w:uiPriority w:val="99"/>
    <w:rsid w:val="00AA1D8D"/>
  </w:style>
  <w:style w:type="character" w:customStyle="1" w:styleId="BodyText2Chard">
    <w:name w:val="Body Text 2 Char"/>
    <w:basedOn w:val="DefaultParagraphFont"/>
    <w:uiPriority w:val="99"/>
    <w:rsid w:val="00AA1D8D"/>
  </w:style>
  <w:style w:type="character" w:customStyle="1" w:styleId="BodyText3Chard">
    <w:name w:val="Body Text 3 Char"/>
    <w:basedOn w:val="DefaultParagraphFont"/>
    <w:uiPriority w:val="99"/>
    <w:rsid w:val="00AA1D8D"/>
    <w:rPr>
      <w:sz w:val="16"/>
      <w:szCs w:val="16"/>
    </w:rPr>
  </w:style>
  <w:style w:type="character" w:customStyle="1" w:styleId="MacroTextChard">
    <w:name w:val="Macro Text Char"/>
    <w:basedOn w:val="DefaultParagraphFont"/>
    <w:uiPriority w:val="99"/>
    <w:rsid w:val="0029639D"/>
    <w:rPr>
      <w:rFonts w:ascii="Courier" w:hAnsi="Courier"/>
      <w:sz w:val="20"/>
      <w:szCs w:val="20"/>
    </w:rPr>
  </w:style>
  <w:style w:type="character" w:customStyle="1" w:styleId="QuoteChard">
    <w:name w:val="Quote Char"/>
    <w:basedOn w:val="DefaultParagraphFont"/>
    <w:uiPriority w:val="29"/>
    <w:rsid w:val="00FC693F"/>
    <w:rPr>
      <w:i/>
      <w:iCs/>
      <w:color w:val="000000" w:themeColor="text1"/>
    </w:rPr>
  </w:style>
  <w:style w:type="character" w:customStyle="1" w:styleId="Heading4Chard">
    <w:name w:val="Heading 4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d">
    <w:name w:val="Heading 5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d">
    <w:name w:val="Heading 6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d">
    <w:name w:val="Heading 7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d">
    <w:name w:val="Heading 8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d">
    <w:name w:val="Heading 9 Char"/>
    <w:basedOn w:val="DefaultParagraphFont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d">
    <w:name w:val="Intense Quote Char"/>
    <w:basedOn w:val="DefaultParagraphFont"/>
    <w:uiPriority w:val="30"/>
    <w:rsid w:val="00FC693F"/>
    <w:rPr>
      <w:b/>
      <w:bCs/>
      <w:i/>
      <w:iCs/>
      <w:color w:val="4F81BD" w:themeColor="accent1"/>
    </w:rPr>
  </w:style>
  <w:style w:type="character" w:customStyle="1" w:styleId="HeaderChar1">
    <w:name w:val="Header Char1"/>
    <w:basedOn w:val="DefaultParagraphFont"/>
    <w:link w:val="Header"/>
    <w:uiPriority w:val="99"/>
    <w:rsid w:val="00E618BF"/>
  </w:style>
  <w:style w:type="character" w:customStyle="1" w:styleId="FooterChar1">
    <w:name w:val="Footer Char1"/>
    <w:basedOn w:val="DefaultParagraphFont"/>
    <w:link w:val="Footer"/>
    <w:uiPriority w:val="99"/>
    <w:rsid w:val="00E618BF"/>
  </w:style>
  <w:style w:type="character" w:customStyle="1" w:styleId="Heading1Char1">
    <w:name w:val="Heading 1 Char1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1">
    <w:name w:val="Heading 2 Char1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1">
    <w:name w:val="Title Char1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1">
    <w:name w:val="Subtitle Char1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BodyTextChar1">
    <w:name w:val="Body Text Char1"/>
    <w:basedOn w:val="DefaultParagraphFont"/>
    <w:link w:val="BodyText"/>
    <w:uiPriority w:val="99"/>
    <w:rsid w:val="00AA1D8D"/>
  </w:style>
  <w:style w:type="character" w:customStyle="1" w:styleId="BodyText2Char1">
    <w:name w:val="Body Text 2 Char1"/>
    <w:basedOn w:val="DefaultParagraphFont"/>
    <w:link w:val="BodyText2"/>
    <w:uiPriority w:val="99"/>
    <w:rsid w:val="00AA1D8D"/>
  </w:style>
  <w:style w:type="character" w:customStyle="1" w:styleId="BodyText3Char1">
    <w:name w:val="Body Text 3 Char1"/>
    <w:basedOn w:val="DefaultParagraphFont"/>
    <w:link w:val="BodyText3"/>
    <w:uiPriority w:val="99"/>
    <w:rsid w:val="00AA1D8D"/>
    <w:rPr>
      <w:sz w:val="16"/>
      <w:szCs w:val="16"/>
    </w:rPr>
  </w:style>
  <w:style w:type="character" w:customStyle="1" w:styleId="MacroTextChar1">
    <w:name w:val="Macro Text Char1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character" w:customStyle="1" w:styleId="QuoteChar1">
    <w:name w:val="Quote Char1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2518</Words>
  <Characters>14359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16844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BIPUL PAUL</cp:lastModifiedBy>
  <cp:revision>2</cp:revision>
  <dcterms:created xsi:type="dcterms:W3CDTF">2013-12-23T23:15:00Z</dcterms:created>
  <dcterms:modified xsi:type="dcterms:W3CDTF">2025-11-23T13:32:00Z</dcterms:modified>
  <cp:category/>
</cp:coreProperties>
</file>